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604" w:rsidRDefault="00E145EF" w:rsidP="00B53EF4">
      <w:pPr>
        <w:pStyle w:val="Heading1"/>
        <w:jc w:val="center"/>
        <w:rPr>
          <w:rFonts w:ascii="Comic Sans MS" w:hAnsi="Comic Sans MS"/>
          <w:color w:val="auto"/>
          <w:sz w:val="96"/>
          <w:szCs w:val="96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5B760FD" wp14:editId="7710A64B">
            <wp:simplePos x="0" y="0"/>
            <wp:positionH relativeFrom="column">
              <wp:posOffset>4747260</wp:posOffset>
            </wp:positionH>
            <wp:positionV relativeFrom="paragraph">
              <wp:posOffset>3126105</wp:posOffset>
            </wp:positionV>
            <wp:extent cx="1277620" cy="122174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color w:val="auto"/>
          <w:sz w:val="96"/>
          <w:szCs w:val="96"/>
        </w:rPr>
        <w:t xml:space="preserve">My </w:t>
      </w:r>
      <w:proofErr w:type="spellStart"/>
      <w:r w:rsidR="00941380" w:rsidRPr="00B53EF4">
        <w:rPr>
          <w:rFonts w:ascii="Comic Sans MS" w:hAnsi="Comic Sans MS"/>
          <w:color w:val="auto"/>
          <w:sz w:val="96"/>
          <w:szCs w:val="96"/>
        </w:rPr>
        <w:t>Bendrigg</w:t>
      </w:r>
      <w:proofErr w:type="spellEnd"/>
      <w:r w:rsidR="00941380" w:rsidRPr="00B53EF4">
        <w:rPr>
          <w:rFonts w:ascii="Comic Sans MS" w:hAnsi="Comic Sans MS"/>
          <w:color w:val="auto"/>
          <w:sz w:val="96"/>
          <w:szCs w:val="96"/>
        </w:rPr>
        <w:t xml:space="preserve"> Residential Adventure</w:t>
      </w:r>
    </w:p>
    <w:p w:rsidR="00B53EF4" w:rsidRPr="00B53EF4" w:rsidRDefault="00B53EF4" w:rsidP="00B53EF4"/>
    <w:p w:rsidR="00B53EF4" w:rsidRPr="00B53EF4" w:rsidRDefault="00B53EF4" w:rsidP="00B53EF4">
      <w:pPr>
        <w:jc w:val="center"/>
      </w:pPr>
      <w:r w:rsidRPr="00B53EF4">
        <w:rPr>
          <w:noProof/>
          <w:lang w:val="en-GB" w:eastAsia="en-GB"/>
        </w:rPr>
        <w:drawing>
          <wp:inline distT="0" distB="0" distL="0" distR="0" wp14:anchorId="11AF303B" wp14:editId="08DA12AA">
            <wp:extent cx="4155842" cy="2865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4203" cy="28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P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D1529E">
      <w:pPr>
        <w:rPr>
          <w:rFonts w:ascii="Comic Sans MS" w:hAnsi="Comic Sans MS"/>
          <w:sz w:val="32"/>
          <w:szCs w:val="32"/>
        </w:rPr>
      </w:pPr>
      <w:r w:rsidRPr="00D1529E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33900" cy="1483995"/>
            <wp:effectExtent l="0" t="0" r="0" b="190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53FC137F" wp14:editId="0650FA47">
            <wp:extent cx="2872989" cy="140982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</w:t>
      </w:r>
      <w:r w:rsidRPr="00B53EF4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8FE1220" wp14:editId="49181D30">
            <wp:extent cx="2255715" cy="157747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5715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</w:t>
      </w: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5018D222" wp14:editId="7D7F4751">
            <wp:extent cx="1623201" cy="16232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3201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   </w:t>
      </w:r>
      <w:r w:rsidRPr="00B53EF4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9EB97E9" wp14:editId="03935612">
            <wp:extent cx="1333616" cy="17298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616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B53EF4">
      <w:pPr>
        <w:rPr>
          <w:rFonts w:ascii="Comic Sans MS" w:hAnsi="Comic Sans MS"/>
          <w:sz w:val="32"/>
          <w:szCs w:val="32"/>
        </w:rPr>
      </w:pPr>
    </w:p>
    <w:p w:rsidR="00B53EF4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478DCA43" wp14:editId="25954AFA">
            <wp:simplePos x="0" y="0"/>
            <wp:positionH relativeFrom="column">
              <wp:posOffset>5341620</wp:posOffset>
            </wp:positionH>
            <wp:positionV relativeFrom="paragraph">
              <wp:posOffset>0</wp:posOffset>
            </wp:positionV>
            <wp:extent cx="760095" cy="766445"/>
            <wp:effectExtent l="0" t="0" r="190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29E" w:rsidRPr="00D1529E">
        <w:rPr>
          <w:rFonts w:ascii="Comic Sans MS" w:hAnsi="Comic Sans MS"/>
          <w:sz w:val="32"/>
          <w:szCs w:val="32"/>
        </w:rPr>
        <w:drawing>
          <wp:inline distT="0" distB="0" distL="0" distR="0" wp14:anchorId="2CE35D83" wp14:editId="4253C46C">
            <wp:extent cx="4344365" cy="990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3871"/>
                    <a:stretch/>
                  </pic:blipFill>
                  <pic:spPr bwMode="auto">
                    <a:xfrm>
                      <a:off x="0" y="0"/>
                      <a:ext cx="4356259" cy="99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380" w:rsidRPr="00B53EF4">
        <w:rPr>
          <w:rFonts w:ascii="Comic Sans MS" w:hAnsi="Comic Sans MS"/>
          <w:sz w:val="32"/>
          <w:szCs w:val="32"/>
        </w:rPr>
        <w:br/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</w:t>
      </w: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7545A1B" wp14:editId="3A11952E">
            <wp:extent cx="1325880" cy="1338507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5517" cy="13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                </w:t>
      </w:r>
      <w:r w:rsidR="00D1529E"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4C72B36F" wp14:editId="675A8D5A">
            <wp:extent cx="1307547" cy="124587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7547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br/>
        <w:t xml:space="preserve">      Mrs Irwin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</w:t>
      </w:r>
      <w:r w:rsidRPr="00B53EF4">
        <w:rPr>
          <w:rFonts w:ascii="Comic Sans MS" w:hAnsi="Comic Sans MS"/>
          <w:sz w:val="32"/>
          <w:szCs w:val="32"/>
        </w:rPr>
        <w:t>Mrs VanRooy</w:t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t>Other staff that are coming on residential with us are:</w:t>
      </w:r>
    </w:p>
    <w:p w:rsidR="00B53EF4" w:rsidRDefault="00B53EF4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F9161E2" wp14:editId="61D72F9E">
            <wp:extent cx="1043940" cy="99174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9750" cy="100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EE">
        <w:rPr>
          <w:rFonts w:ascii="Comic Sans MS" w:hAnsi="Comic Sans MS"/>
          <w:sz w:val="32"/>
          <w:szCs w:val="32"/>
        </w:rPr>
        <w:t xml:space="preserve"> </w:t>
      </w:r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078D8CC7" wp14:editId="2BEDB356">
            <wp:extent cx="982980" cy="972742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8364" cy="98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 xml:space="preserve"> </w:t>
      </w:r>
      <w:r w:rsidR="002E14D6">
        <w:rPr>
          <w:rFonts w:ascii="Comic Sans MS" w:hAnsi="Comic Sans MS"/>
          <w:sz w:val="32"/>
          <w:szCs w:val="32"/>
        </w:rPr>
        <w:tab/>
        <w:t xml:space="preserve">       </w:t>
      </w:r>
      <w:r w:rsidR="002E14D6">
        <w:rPr>
          <w:rFonts w:ascii="Comic Sans MS" w:hAnsi="Comic Sans MS"/>
          <w:sz w:val="32"/>
          <w:szCs w:val="32"/>
        </w:rPr>
        <w:tab/>
      </w:r>
      <w:r w:rsidR="002E14D6" w:rsidRPr="002E14D6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B2BFC7D" wp14:editId="747C915F">
            <wp:extent cx="937260" cy="9372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7349" cy="93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B53EF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Mr Gaskell</w:t>
      </w:r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 xml:space="preserve">Miss </w:t>
      </w:r>
      <w:proofErr w:type="spellStart"/>
      <w:r w:rsidR="004A24EE">
        <w:rPr>
          <w:rFonts w:ascii="Comic Sans MS" w:hAnsi="Comic Sans MS"/>
          <w:sz w:val="32"/>
          <w:szCs w:val="32"/>
        </w:rPr>
        <w:t>Urry</w:t>
      </w:r>
      <w:proofErr w:type="spellEnd"/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  <w:t>Mrs Sweeney</w:t>
      </w:r>
    </w:p>
    <w:p w:rsidR="004A24EE" w:rsidRDefault="002E14D6" w:rsidP="002E14D6">
      <w:pPr>
        <w:rPr>
          <w:rFonts w:ascii="Comic Sans MS" w:hAnsi="Comic Sans MS"/>
          <w:sz w:val="32"/>
          <w:szCs w:val="32"/>
        </w:rPr>
      </w:pPr>
      <w:r>
        <w:rPr>
          <w:noProof/>
          <w:lang w:val="en-GB" w:eastAsia="en-GB"/>
        </w:rPr>
        <w:t xml:space="preserve">       </w:t>
      </w:r>
      <w:r w:rsidRPr="002E14D6">
        <w:rPr>
          <w:noProof/>
          <w:lang w:val="en-GB" w:eastAsia="en-GB"/>
        </w:rPr>
        <w:drawing>
          <wp:inline distT="0" distB="0" distL="0" distR="0" wp14:anchorId="16AA61CE" wp14:editId="28F24ED7">
            <wp:extent cx="929640" cy="969625"/>
            <wp:effectExtent l="0" t="0" r="381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1039" cy="9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ab/>
      </w:r>
      <w:r>
        <w:rPr>
          <w:noProof/>
          <w:lang w:val="en-GB" w:eastAsia="en-GB"/>
        </w:rPr>
        <w:tab/>
        <w:t xml:space="preserve">          </w:t>
      </w:r>
      <w:r w:rsidRPr="002E14D6">
        <w:rPr>
          <w:noProof/>
          <w:lang w:val="en-GB" w:eastAsia="en-GB"/>
        </w:rPr>
        <w:t xml:space="preserve"> </w:t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2BEE7817" wp14:editId="6980B60E">
            <wp:extent cx="1066800" cy="11131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3532" cy="11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EE" w:rsidRPr="004A24EE">
        <w:rPr>
          <w:noProof/>
          <w:lang w:val="en-GB" w:eastAsia="en-GB"/>
        </w:rPr>
        <w:t xml:space="preserve"> </w:t>
      </w:r>
      <w:r w:rsidR="004A24EE">
        <w:rPr>
          <w:noProof/>
          <w:lang w:val="en-GB" w:eastAsia="en-GB"/>
        </w:rPr>
        <w:tab/>
      </w:r>
      <w:r w:rsidR="004A24EE">
        <w:rPr>
          <w:noProof/>
          <w:lang w:val="en-GB" w:eastAsia="en-GB"/>
        </w:rPr>
        <w:tab/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243AF8BB" wp14:editId="2AEBC1E8">
            <wp:extent cx="982980" cy="9829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3074" cy="9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Mrs Fitzpatrick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spellStart"/>
      <w:r>
        <w:rPr>
          <w:rFonts w:ascii="Comic Sans MS" w:hAnsi="Comic Sans MS"/>
          <w:sz w:val="32"/>
          <w:szCs w:val="32"/>
        </w:rPr>
        <w:t>Ms</w:t>
      </w:r>
      <w:proofErr w:type="spellEnd"/>
      <w:r>
        <w:rPr>
          <w:rFonts w:ascii="Comic Sans MS" w:hAnsi="Comic Sans MS"/>
          <w:sz w:val="32"/>
          <w:szCs w:val="32"/>
        </w:rPr>
        <w:t xml:space="preserve"> White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Mrs Davies</w:t>
      </w:r>
      <w:r>
        <w:rPr>
          <w:rFonts w:ascii="Comic Sans MS" w:hAnsi="Comic Sans MS"/>
          <w:sz w:val="32"/>
          <w:szCs w:val="32"/>
        </w:rPr>
        <w:tab/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76B12E88" wp14:editId="25FD8409">
            <wp:extent cx="1043940" cy="10439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44036" cy="104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 xml:space="preserve"> </w:t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  <w:t xml:space="preserve">      </w:t>
      </w:r>
      <w:r w:rsidR="002E14D6" w:rsidRPr="002E14D6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B2A09BE" wp14:editId="00AF17B1">
            <wp:extent cx="990600" cy="990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0690" cy="9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  <w:t xml:space="preserve"> </w:t>
      </w:r>
      <w:r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04FD99E4" wp14:editId="53E97B62">
            <wp:extent cx="1021080" cy="1010102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0714" cy="10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2E14D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Miss Taylor</w:t>
      </w:r>
      <w:r>
        <w:rPr>
          <w:rFonts w:ascii="Comic Sans MS" w:hAnsi="Comic Sans MS"/>
          <w:sz w:val="32"/>
          <w:szCs w:val="32"/>
        </w:rPr>
        <w:tab/>
        <w:t xml:space="preserve">           Mrs Chapman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>Miss McElroy</w:t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0B910F5" wp14:editId="1399FE30">
            <wp:extent cx="990600" cy="9608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0513" cy="9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27034F0" wp14:editId="385E5FAB">
            <wp:extent cx="914400" cy="96409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3363" cy="9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D6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  <w:t xml:space="preserve">  </w:t>
      </w:r>
      <w:r w:rsidR="002E14D6" w:rsidRPr="002E14D6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2E8F313A" wp14:editId="020E1C88">
            <wp:extent cx="923925" cy="9144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0253" cy="92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EE" w:rsidRDefault="004A24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Miss Wright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>Mrs Green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Mrs Dumican</w:t>
      </w:r>
    </w:p>
    <w:p w:rsidR="004A24EE" w:rsidRDefault="002E14D6" w:rsidP="002E14D6">
      <w:pPr>
        <w:rPr>
          <w:rFonts w:ascii="Comic Sans MS" w:hAnsi="Comic Sans MS"/>
          <w:sz w:val="32"/>
          <w:szCs w:val="32"/>
        </w:rPr>
      </w:pPr>
      <w:r w:rsidRPr="002E14D6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B5595E0" wp14:editId="4F296A1A">
            <wp:extent cx="982980" cy="963320"/>
            <wp:effectExtent l="0" t="0" r="762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0738" cy="98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2E14D6">
        <w:rPr>
          <w:rFonts w:ascii="Comic Sans MS" w:hAnsi="Comic Sans MS"/>
          <w:sz w:val="32"/>
          <w:szCs w:val="32"/>
        </w:rPr>
        <w:t xml:space="preserve"> </w:t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144592A" wp14:editId="0C332316">
            <wp:extent cx="1005840" cy="953993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9654" cy="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EE">
        <w:rPr>
          <w:rFonts w:ascii="Comic Sans MS" w:hAnsi="Comic Sans MS"/>
          <w:sz w:val="32"/>
          <w:szCs w:val="32"/>
        </w:rPr>
        <w:t xml:space="preserve"> </w:t>
      </w:r>
      <w:r w:rsidR="004A24EE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       </w:t>
      </w:r>
      <w:r w:rsidR="004A24EE">
        <w:rPr>
          <w:rFonts w:ascii="Comic Sans MS" w:hAnsi="Comic Sans MS"/>
          <w:sz w:val="32"/>
          <w:szCs w:val="32"/>
        </w:rPr>
        <w:tab/>
      </w:r>
      <w:r w:rsidR="004A24EE" w:rsidRPr="004A24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92BB50C" wp14:editId="26749C9D">
            <wp:extent cx="960120" cy="92980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1164" cy="9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B53EF4" w:rsidRDefault="00D1529E" w:rsidP="002E14D6">
      <w:pPr>
        <w:rPr>
          <w:rFonts w:ascii="Comic Sans MS" w:hAnsi="Comic Sans MS"/>
          <w:sz w:val="32"/>
          <w:szCs w:val="32"/>
        </w:rPr>
      </w:pPr>
      <w:r w:rsidRPr="00D1529E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3833139" wp14:editId="4B04233C">
            <wp:simplePos x="0" y="0"/>
            <wp:positionH relativeFrom="margin">
              <wp:align>left</wp:align>
            </wp:positionH>
            <wp:positionV relativeFrom="paragraph">
              <wp:posOffset>654050</wp:posOffset>
            </wp:positionV>
            <wp:extent cx="4236720" cy="74422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EE">
        <w:rPr>
          <w:rFonts w:ascii="Comic Sans MS" w:hAnsi="Comic Sans MS"/>
          <w:sz w:val="32"/>
          <w:szCs w:val="32"/>
        </w:rPr>
        <w:t>Mrs Gorman</w:t>
      </w:r>
      <w:r w:rsidR="004A24EE">
        <w:rPr>
          <w:rFonts w:ascii="Comic Sans MS" w:hAnsi="Comic Sans MS"/>
          <w:sz w:val="32"/>
          <w:szCs w:val="32"/>
        </w:rPr>
        <w:tab/>
      </w:r>
      <w:r w:rsidR="002E14D6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  <w:t>Mrs Taylor</w:t>
      </w:r>
      <w:r w:rsidR="004A24EE">
        <w:rPr>
          <w:rFonts w:ascii="Comic Sans MS" w:hAnsi="Comic Sans MS"/>
          <w:sz w:val="32"/>
          <w:szCs w:val="32"/>
        </w:rPr>
        <w:tab/>
      </w:r>
      <w:r w:rsidR="004A24EE">
        <w:rPr>
          <w:rFonts w:ascii="Comic Sans MS" w:hAnsi="Comic Sans MS"/>
          <w:sz w:val="32"/>
          <w:szCs w:val="32"/>
        </w:rPr>
        <w:tab/>
        <w:t>Mrs Lothrop</w:t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</w:p>
    <w:p w:rsidR="00E145EF" w:rsidRPr="00B53EF4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BC3FE14" wp14:editId="58F7246C">
            <wp:simplePos x="0" y="0"/>
            <wp:positionH relativeFrom="margin">
              <wp:align>center</wp:align>
            </wp:positionH>
            <wp:positionV relativeFrom="paragraph">
              <wp:posOffset>318135</wp:posOffset>
            </wp:positionV>
            <wp:extent cx="2682240" cy="1341120"/>
            <wp:effectExtent l="0" t="0" r="381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6847FF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6847FF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Getting Ready to Go</w:t>
      </w:r>
    </w:p>
    <w:p w:rsidR="006847FF" w:rsidRDefault="00D1529E">
      <w:pPr>
        <w:rPr>
          <w:rFonts w:ascii="Comic Sans MS" w:hAnsi="Comic Sans MS"/>
          <w:sz w:val="32"/>
          <w:szCs w:val="32"/>
        </w:rPr>
      </w:pPr>
      <w:r w:rsidRPr="00D1529E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27BF955" wp14:editId="091904FA">
            <wp:simplePos x="0" y="0"/>
            <wp:positionH relativeFrom="column">
              <wp:posOffset>-525780</wp:posOffset>
            </wp:positionH>
            <wp:positionV relativeFrom="paragraph">
              <wp:posOffset>139700</wp:posOffset>
            </wp:positionV>
            <wp:extent cx="4892040" cy="2633980"/>
            <wp:effectExtent l="0" t="0" r="381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EF"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9145006" wp14:editId="3B4EC441">
            <wp:simplePos x="0" y="0"/>
            <wp:positionH relativeFrom="column">
              <wp:posOffset>4572000</wp:posOffset>
            </wp:positionH>
            <wp:positionV relativeFrom="paragraph">
              <wp:posOffset>302895</wp:posOffset>
            </wp:positionV>
            <wp:extent cx="1557655" cy="1537335"/>
            <wp:effectExtent l="0" t="0" r="4445" b="571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29E">
        <w:rPr>
          <w:noProof/>
          <w:lang w:val="en-GB" w:eastAsia="en-GB"/>
        </w:rPr>
        <w:t xml:space="preserve"> </w:t>
      </w:r>
    </w:p>
    <w:p w:rsidR="007C7604" w:rsidRDefault="00D1529E" w:rsidP="006847F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6847FF">
        <w:rPr>
          <w:rFonts w:ascii="Comic Sans MS" w:hAnsi="Comic Sans MS"/>
          <w:sz w:val="32"/>
          <w:szCs w:val="32"/>
        </w:rPr>
        <w:t xml:space="preserve">                    </w:t>
      </w:r>
      <w:r w:rsidR="006847FF" w:rsidRPr="006847FF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00038903" wp14:editId="742B1C84">
            <wp:extent cx="3368040" cy="2285850"/>
            <wp:effectExtent l="0" t="0" r="381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8684" cy="229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FF" w:rsidRPr="00B53EF4" w:rsidRDefault="006847FF" w:rsidP="006847F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</w:t>
      </w:r>
      <w:r w:rsidRPr="006847FF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48779E1" wp14:editId="489D0F02">
            <wp:extent cx="2476500" cy="2476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5409D7" w:rsidRDefault="00941380" w:rsidP="005409D7">
      <w:pPr>
        <w:rPr>
          <w:rFonts w:ascii="Comic Sans MS" w:hAnsi="Comic Sans MS"/>
          <w:b/>
          <w:sz w:val="32"/>
          <w:szCs w:val="32"/>
          <w:u w:val="single"/>
        </w:rPr>
      </w:pPr>
      <w:r w:rsidRPr="00B53EF4">
        <w:rPr>
          <w:rFonts w:ascii="Comic Sans MS" w:hAnsi="Comic Sans MS"/>
          <w:sz w:val="32"/>
          <w:szCs w:val="32"/>
        </w:rPr>
        <w:br w:type="page"/>
      </w:r>
      <w:r w:rsidR="00D1529E" w:rsidRPr="00D1529E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17EBC05B" wp14:editId="4A3F2B24">
            <wp:simplePos x="0" y="0"/>
            <wp:positionH relativeFrom="margin">
              <wp:posOffset>-662940</wp:posOffset>
            </wp:positionH>
            <wp:positionV relativeFrom="paragraph">
              <wp:posOffset>511175</wp:posOffset>
            </wp:positionV>
            <wp:extent cx="4598670" cy="1856105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EF"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40BB5DB" wp14:editId="304C83ED">
            <wp:simplePos x="0" y="0"/>
            <wp:positionH relativeFrom="column">
              <wp:posOffset>4149725</wp:posOffset>
            </wp:positionH>
            <wp:positionV relativeFrom="paragraph">
              <wp:posOffset>72390</wp:posOffset>
            </wp:positionV>
            <wp:extent cx="1732280" cy="1687830"/>
            <wp:effectExtent l="0" t="0" r="1270" b="762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9D7">
        <w:rPr>
          <w:rFonts w:ascii="Comic Sans MS" w:hAnsi="Comic Sans MS"/>
          <w:b/>
          <w:sz w:val="32"/>
          <w:szCs w:val="32"/>
          <w:u w:val="single"/>
        </w:rPr>
        <w:t xml:space="preserve">Travelling to </w:t>
      </w:r>
      <w:proofErr w:type="spellStart"/>
      <w:r w:rsidRPr="005409D7">
        <w:rPr>
          <w:rFonts w:ascii="Comic Sans MS" w:hAnsi="Comic Sans MS"/>
          <w:b/>
          <w:sz w:val="32"/>
          <w:szCs w:val="32"/>
          <w:u w:val="single"/>
        </w:rPr>
        <w:t>Bendrigg</w:t>
      </w:r>
      <w:proofErr w:type="spellEnd"/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5409D7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>
            <wp:extent cx="5090160" cy="36973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78" cy="37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4B1BEE" w:rsidRDefault="00D1529E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D1529E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7B9D29B3" wp14:editId="5755C08C">
            <wp:simplePos x="0" y="0"/>
            <wp:positionH relativeFrom="margin">
              <wp:posOffset>-502920</wp:posOffset>
            </wp:positionH>
            <wp:positionV relativeFrom="paragraph">
              <wp:posOffset>427355</wp:posOffset>
            </wp:positionV>
            <wp:extent cx="4846320" cy="1404620"/>
            <wp:effectExtent l="0" t="0" r="0" b="508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EF"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B9E24A0" wp14:editId="2CEFF6A7">
            <wp:simplePos x="0" y="0"/>
            <wp:positionH relativeFrom="column">
              <wp:posOffset>4610100</wp:posOffset>
            </wp:positionH>
            <wp:positionV relativeFrom="paragraph">
              <wp:posOffset>635</wp:posOffset>
            </wp:positionV>
            <wp:extent cx="1461135" cy="1454150"/>
            <wp:effectExtent l="0" t="0" r="571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4B1BEE">
        <w:rPr>
          <w:rFonts w:ascii="Comic Sans MS" w:hAnsi="Comic Sans MS"/>
          <w:color w:val="auto"/>
          <w:sz w:val="32"/>
          <w:szCs w:val="32"/>
          <w:u w:val="single"/>
        </w:rPr>
        <w:t xml:space="preserve">Arriving at </w:t>
      </w:r>
      <w:proofErr w:type="spellStart"/>
      <w:r w:rsidR="00941380" w:rsidRPr="004B1BEE">
        <w:rPr>
          <w:rFonts w:ascii="Comic Sans MS" w:hAnsi="Comic Sans MS"/>
          <w:color w:val="auto"/>
          <w:sz w:val="32"/>
          <w:szCs w:val="32"/>
          <w:u w:val="single"/>
        </w:rPr>
        <w:t>Bendrigg</w:t>
      </w:r>
      <w:proofErr w:type="spellEnd"/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4B1BEE">
        <w:rPr>
          <w:rFonts w:ascii="Comic Sans MS" w:hAnsi="Comic Sans MS"/>
          <w:sz w:val="32"/>
          <w:szCs w:val="32"/>
        </w:rPr>
        <w:t xml:space="preserve">             </w:t>
      </w:r>
      <w:r w:rsidR="004B1BEE" w:rsidRPr="004B1B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4406A64" wp14:editId="1074CB74">
            <wp:extent cx="4000500" cy="4051623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1568" cy="40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BEE" w:rsidRPr="004B1BEE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4B1BEE" w:rsidRDefault="00D1529E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D1529E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2D148832" wp14:editId="07B9B657">
            <wp:simplePos x="0" y="0"/>
            <wp:positionH relativeFrom="column">
              <wp:posOffset>-632460</wp:posOffset>
            </wp:positionH>
            <wp:positionV relativeFrom="paragraph">
              <wp:posOffset>427355</wp:posOffset>
            </wp:positionV>
            <wp:extent cx="4991100" cy="204089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EF"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9EA0D1A" wp14:editId="2305A4F2">
            <wp:simplePos x="0" y="0"/>
            <wp:positionH relativeFrom="column">
              <wp:posOffset>4504055</wp:posOffset>
            </wp:positionH>
            <wp:positionV relativeFrom="paragraph">
              <wp:posOffset>140970</wp:posOffset>
            </wp:positionV>
            <wp:extent cx="1600835" cy="158115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4B1BEE">
        <w:rPr>
          <w:rFonts w:ascii="Comic Sans MS" w:hAnsi="Comic Sans MS"/>
          <w:color w:val="auto"/>
          <w:sz w:val="32"/>
          <w:szCs w:val="32"/>
          <w:u w:val="single"/>
        </w:rPr>
        <w:t>My Bedroom</w:t>
      </w:r>
    </w:p>
    <w:p w:rsidR="007C760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4B1BEE">
        <w:rPr>
          <w:rFonts w:ascii="Comic Sans MS" w:hAnsi="Comic Sans MS"/>
          <w:sz w:val="32"/>
          <w:szCs w:val="32"/>
        </w:rPr>
        <w:t xml:space="preserve">           </w:t>
      </w:r>
      <w:r w:rsidR="004B1BEE" w:rsidRPr="004B1B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2CEE7BD" wp14:editId="5442A355">
            <wp:extent cx="4069080" cy="2625486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3261" cy="264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EE" w:rsidRPr="00B53EF4" w:rsidRDefault="004B1B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</w:t>
      </w:r>
      <w:r w:rsidRPr="004B1BEE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72BCB34F" wp14:editId="26FED215">
            <wp:extent cx="4046220" cy="2583731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69814" cy="259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CE3B4C" w:rsidRDefault="00CD3379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E145EF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4D8FC888" wp14:editId="200CF7B4">
            <wp:simplePos x="0" y="0"/>
            <wp:positionH relativeFrom="margin">
              <wp:posOffset>4442460</wp:posOffset>
            </wp:positionH>
            <wp:positionV relativeFrom="paragraph">
              <wp:posOffset>1902460</wp:posOffset>
            </wp:positionV>
            <wp:extent cx="1493520" cy="151320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379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415426A" wp14:editId="3EA184E5">
            <wp:simplePos x="0" y="0"/>
            <wp:positionH relativeFrom="column">
              <wp:posOffset>-175260</wp:posOffset>
            </wp:positionH>
            <wp:positionV relativeFrom="paragraph">
              <wp:posOffset>366395</wp:posOffset>
            </wp:positionV>
            <wp:extent cx="5486400" cy="1577975"/>
            <wp:effectExtent l="0" t="0" r="0" b="317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CE3B4C">
        <w:rPr>
          <w:rFonts w:ascii="Comic Sans MS" w:hAnsi="Comic Sans MS"/>
          <w:color w:val="auto"/>
          <w:sz w:val="32"/>
          <w:szCs w:val="32"/>
          <w:u w:val="single"/>
        </w:rPr>
        <w:t>The Adults Helping Me</w:t>
      </w:r>
    </w:p>
    <w:p w:rsidR="00E145EF" w:rsidRDefault="00CD3379" w:rsidP="00CE3B4C">
      <w:pPr>
        <w:rPr>
          <w:rFonts w:ascii="Comic Sans MS" w:hAnsi="Comic Sans MS"/>
          <w:sz w:val="32"/>
          <w:szCs w:val="32"/>
        </w:rPr>
      </w:pPr>
      <w:r w:rsidRPr="00CD3379">
        <w:rPr>
          <w:noProof/>
          <w:lang w:val="en-GB" w:eastAsia="en-GB"/>
        </w:rPr>
        <w:t xml:space="preserve"> </w:t>
      </w:r>
    </w:p>
    <w:p w:rsidR="00CE3B4C" w:rsidRDefault="00CD3379" w:rsidP="00CE3B4C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1A617D6" wp14:editId="3BED66CD">
            <wp:simplePos x="0" y="0"/>
            <wp:positionH relativeFrom="margin">
              <wp:posOffset>4480560</wp:posOffset>
            </wp:positionH>
            <wp:positionV relativeFrom="paragraph">
              <wp:posOffset>1078230</wp:posOffset>
            </wp:positionV>
            <wp:extent cx="1516380" cy="1556385"/>
            <wp:effectExtent l="0" t="0" r="7620" b="571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CE3B4C">
        <w:rPr>
          <w:rFonts w:ascii="Comic Sans MS" w:hAnsi="Comic Sans MS"/>
          <w:sz w:val="32"/>
          <w:szCs w:val="32"/>
        </w:rPr>
        <w:t xml:space="preserve">        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120FC63" wp14:editId="5CD6512B">
            <wp:extent cx="3680216" cy="2319365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09519" cy="23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4C" w:rsidRPr="00B53EF4" w:rsidRDefault="00CE3B4C" w:rsidP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</w:t>
      </w:r>
      <w:r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2B13EA4" wp14:editId="263CF6E9">
            <wp:extent cx="3588039" cy="19297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27765" cy="195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CE3B4C" w:rsidRDefault="00CD3379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CD3379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70BFF877" wp14:editId="0FABD7C8">
            <wp:simplePos x="0" y="0"/>
            <wp:positionH relativeFrom="column">
              <wp:posOffset>-480060</wp:posOffset>
            </wp:positionH>
            <wp:positionV relativeFrom="paragraph">
              <wp:posOffset>404495</wp:posOffset>
            </wp:positionV>
            <wp:extent cx="4808220" cy="1927860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EF"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97839DB" wp14:editId="2450698A">
            <wp:simplePos x="0" y="0"/>
            <wp:positionH relativeFrom="column">
              <wp:posOffset>4819015</wp:posOffset>
            </wp:positionH>
            <wp:positionV relativeFrom="paragraph">
              <wp:posOffset>0</wp:posOffset>
            </wp:positionV>
            <wp:extent cx="1247140" cy="126428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CE3B4C">
        <w:rPr>
          <w:rFonts w:ascii="Comic Sans MS" w:hAnsi="Comic Sans MS"/>
          <w:color w:val="auto"/>
          <w:sz w:val="32"/>
          <w:szCs w:val="32"/>
          <w:u w:val="single"/>
        </w:rPr>
        <w:t xml:space="preserve">Activities at </w:t>
      </w:r>
      <w:proofErr w:type="spellStart"/>
      <w:r w:rsidR="00941380" w:rsidRPr="00CE3B4C">
        <w:rPr>
          <w:rFonts w:ascii="Comic Sans MS" w:hAnsi="Comic Sans MS"/>
          <w:color w:val="auto"/>
          <w:sz w:val="32"/>
          <w:szCs w:val="32"/>
          <w:u w:val="single"/>
        </w:rPr>
        <w:t>Bendrigg</w:t>
      </w:r>
      <w:proofErr w:type="spellEnd"/>
    </w:p>
    <w:p w:rsidR="00E145EF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BEDAAF3" wp14:editId="27C4019F">
            <wp:simplePos x="0" y="0"/>
            <wp:positionH relativeFrom="column">
              <wp:posOffset>5286375</wp:posOffset>
            </wp:positionH>
            <wp:positionV relativeFrom="paragraph">
              <wp:posOffset>2329815</wp:posOffset>
            </wp:positionV>
            <wp:extent cx="808990" cy="80581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CE3B4C">
        <w:rPr>
          <w:rFonts w:ascii="Comic Sans MS" w:hAnsi="Comic Sans MS"/>
          <w:sz w:val="32"/>
          <w:szCs w:val="32"/>
        </w:rPr>
        <w:t xml:space="preserve">       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790E5B67" wp14:editId="36D57F25">
            <wp:extent cx="1661304" cy="160033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1304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 w:rsidRPr="00CE3B4C">
        <w:rPr>
          <w:rFonts w:ascii="Comic Sans MS" w:hAnsi="Comic Sans MS"/>
          <w:sz w:val="32"/>
          <w:szCs w:val="32"/>
        </w:rPr>
        <w:t xml:space="preserve">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77B8AAE" wp14:editId="1983FFB1">
            <wp:extent cx="2827265" cy="1310754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 w:rsidRPr="00CE3B4C">
        <w:rPr>
          <w:rFonts w:ascii="Comic Sans MS" w:hAnsi="Comic Sans MS"/>
          <w:sz w:val="32"/>
          <w:szCs w:val="32"/>
        </w:rPr>
        <w:t xml:space="preserve"> </w:t>
      </w:r>
    </w:p>
    <w:p w:rsidR="00CE3B4C" w:rsidRDefault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archery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</w:t>
      </w:r>
    </w:p>
    <w:p w:rsidR="007C7604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8F43CB0" wp14:editId="7CC91775">
            <wp:simplePos x="0" y="0"/>
            <wp:positionH relativeFrom="column">
              <wp:posOffset>5164455</wp:posOffset>
            </wp:positionH>
            <wp:positionV relativeFrom="paragraph">
              <wp:posOffset>91440</wp:posOffset>
            </wp:positionV>
            <wp:extent cx="860425" cy="856615"/>
            <wp:effectExtent l="0" t="0" r="0" b="63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B4C">
        <w:rPr>
          <w:rFonts w:ascii="Comic Sans MS" w:hAnsi="Comic Sans MS"/>
          <w:sz w:val="32"/>
          <w:szCs w:val="32"/>
        </w:rPr>
        <w:t xml:space="preserve">      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C374757" wp14:editId="2FB8A11C">
            <wp:extent cx="2301439" cy="1600339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 w:rsidRPr="00CE3B4C">
        <w:rPr>
          <w:rFonts w:ascii="Comic Sans MS" w:hAnsi="Comic Sans MS"/>
          <w:sz w:val="32"/>
          <w:szCs w:val="32"/>
        </w:rPr>
        <w:t xml:space="preserve">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019C6E30" wp14:editId="693BCBC7">
            <wp:extent cx="2072820" cy="1600339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4C" w:rsidRDefault="00CE3B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bikes</w:t>
      </w:r>
    </w:p>
    <w:p w:rsidR="00CE3B4C" w:rsidRDefault="00CE3B4C">
      <w:pPr>
        <w:rPr>
          <w:rFonts w:ascii="Comic Sans MS" w:hAnsi="Comic Sans MS"/>
          <w:sz w:val="32"/>
          <w:szCs w:val="32"/>
        </w:rPr>
      </w:pPr>
    </w:p>
    <w:p w:rsidR="00CE3B4C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5623560</wp:posOffset>
            </wp:positionH>
            <wp:positionV relativeFrom="paragraph">
              <wp:posOffset>26670</wp:posOffset>
            </wp:positionV>
            <wp:extent cx="546735" cy="546735"/>
            <wp:effectExtent l="0" t="0" r="5715" b="571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8E7B064" wp14:editId="3B6690E5">
            <wp:simplePos x="0" y="0"/>
            <wp:positionH relativeFrom="column">
              <wp:posOffset>-754380</wp:posOffset>
            </wp:positionH>
            <wp:positionV relativeFrom="paragraph">
              <wp:posOffset>60960</wp:posOffset>
            </wp:positionV>
            <wp:extent cx="701040" cy="678815"/>
            <wp:effectExtent l="0" t="0" r="3810" b="698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B4C">
        <w:rPr>
          <w:rFonts w:ascii="Comic Sans MS" w:hAnsi="Comic Sans MS"/>
          <w:sz w:val="32"/>
          <w:szCs w:val="32"/>
        </w:rPr>
        <w:t xml:space="preserve">    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418918E1" wp14:editId="438C5198">
            <wp:extent cx="2639974" cy="1539240"/>
            <wp:effectExtent l="0" t="0" r="825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53499" cy="154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B4C">
        <w:rPr>
          <w:rFonts w:ascii="Comic Sans MS" w:hAnsi="Comic Sans MS"/>
          <w:sz w:val="32"/>
          <w:szCs w:val="32"/>
        </w:rPr>
        <w:t xml:space="preserve"> </w:t>
      </w:r>
      <w:r w:rsidR="00CE3B4C" w:rsidRPr="00CE3B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95B2846" wp14:editId="6AC28D6E">
            <wp:extent cx="2263336" cy="1562235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4C" w:rsidRDefault="00B87A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</w:t>
      </w:r>
      <w:r w:rsidR="00CE3B4C">
        <w:rPr>
          <w:rFonts w:ascii="Comic Sans MS" w:hAnsi="Comic Sans MS"/>
          <w:sz w:val="32"/>
          <w:szCs w:val="32"/>
        </w:rPr>
        <w:t>sensory swing</w:t>
      </w:r>
      <w:r>
        <w:rPr>
          <w:rFonts w:ascii="Comic Sans MS" w:hAnsi="Comic Sans MS"/>
          <w:sz w:val="32"/>
          <w:szCs w:val="32"/>
        </w:rPr>
        <w:t xml:space="preserve">                        tube slide</w:t>
      </w:r>
    </w:p>
    <w:p w:rsidR="00B87A4C" w:rsidRDefault="00E145EF">
      <w:pPr>
        <w:rPr>
          <w:rFonts w:ascii="Comic Sans MS" w:hAnsi="Comic Sans MS"/>
          <w:sz w:val="32"/>
          <w:szCs w:val="32"/>
        </w:rPr>
      </w:pPr>
      <w:r w:rsidRPr="00E145EF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EDBC5EC" wp14:editId="5044E964">
            <wp:simplePos x="0" y="0"/>
            <wp:positionH relativeFrom="rightMargin">
              <wp:align>left</wp:align>
            </wp:positionH>
            <wp:positionV relativeFrom="paragraph">
              <wp:posOffset>234950</wp:posOffset>
            </wp:positionV>
            <wp:extent cx="828675" cy="840105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7EBA8880" wp14:editId="55139B46">
            <wp:extent cx="1780340" cy="1348540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88698" cy="13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4C">
        <w:rPr>
          <w:rFonts w:ascii="Comic Sans MS" w:hAnsi="Comic Sans MS"/>
          <w:sz w:val="32"/>
          <w:szCs w:val="32"/>
        </w:rPr>
        <w:t xml:space="preserve"> </w:t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C38A12C" wp14:editId="538BFF88">
            <wp:extent cx="1657654" cy="13792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68259" cy="13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4C">
        <w:rPr>
          <w:rFonts w:ascii="Comic Sans MS" w:hAnsi="Comic Sans MS"/>
          <w:sz w:val="32"/>
          <w:szCs w:val="32"/>
        </w:rPr>
        <w:t xml:space="preserve"> </w:t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CD6E9A3" wp14:editId="1BCDD4E7">
            <wp:extent cx="1767840" cy="1357808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79272" cy="13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5EF">
        <w:rPr>
          <w:noProof/>
          <w:lang w:val="en-GB" w:eastAsia="en-GB"/>
        </w:rPr>
        <w:t xml:space="preserve"> </w:t>
      </w:r>
    </w:p>
    <w:p w:rsidR="00B87A4C" w:rsidRDefault="00B87A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climbing wall</w:t>
      </w:r>
    </w:p>
    <w:p w:rsidR="00B87A4C" w:rsidRDefault="00F06453">
      <w:pPr>
        <w:rPr>
          <w:rFonts w:ascii="Comic Sans MS" w:hAnsi="Comic Sans MS"/>
          <w:sz w:val="32"/>
          <w:szCs w:val="32"/>
        </w:rPr>
      </w:pPr>
      <w:r w:rsidRPr="00F06453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A80A565" wp14:editId="0455C692">
            <wp:simplePos x="0" y="0"/>
            <wp:positionH relativeFrom="column">
              <wp:posOffset>-701040</wp:posOffset>
            </wp:positionH>
            <wp:positionV relativeFrom="paragraph">
              <wp:posOffset>146685</wp:posOffset>
            </wp:positionV>
            <wp:extent cx="723900" cy="73025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453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E15A2F6" wp14:editId="4F19AEE1">
            <wp:simplePos x="0" y="0"/>
            <wp:positionH relativeFrom="column">
              <wp:posOffset>5471160</wp:posOffset>
            </wp:positionH>
            <wp:positionV relativeFrom="paragraph">
              <wp:posOffset>119380</wp:posOffset>
            </wp:positionV>
            <wp:extent cx="791845" cy="775335"/>
            <wp:effectExtent l="0" t="0" r="8255" b="571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770">
        <w:rPr>
          <w:rFonts w:ascii="Comic Sans MS" w:hAnsi="Comic Sans MS"/>
          <w:sz w:val="32"/>
          <w:szCs w:val="32"/>
        </w:rPr>
        <w:t xml:space="preserve">      </w:t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2FDC212" wp14:editId="3C0B1703">
            <wp:extent cx="2148840" cy="1351264"/>
            <wp:effectExtent l="0" t="0" r="381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63346" cy="13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4C">
        <w:rPr>
          <w:rFonts w:ascii="Comic Sans MS" w:hAnsi="Comic Sans MS"/>
          <w:sz w:val="32"/>
          <w:szCs w:val="32"/>
        </w:rPr>
        <w:t xml:space="preserve">        </w:t>
      </w:r>
      <w:r w:rsidR="00B87A4C" w:rsidRPr="00B87A4C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07EAC34" wp14:editId="66A0FFC2">
            <wp:extent cx="1973580" cy="1356434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87739" cy="136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453">
        <w:rPr>
          <w:noProof/>
          <w:lang w:val="en-GB" w:eastAsia="en-GB"/>
        </w:rPr>
        <w:t xml:space="preserve"> </w:t>
      </w:r>
    </w:p>
    <w:p w:rsidR="00B87A4C" w:rsidRDefault="00B87A4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</w:t>
      </w:r>
      <w:r w:rsidR="007C1770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  canoeing                     </w:t>
      </w:r>
      <w:r w:rsidR="007C1770"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 xml:space="preserve">    indoor cave</w:t>
      </w:r>
    </w:p>
    <w:p w:rsidR="00B87A4C" w:rsidRDefault="00F06453">
      <w:pPr>
        <w:rPr>
          <w:rFonts w:ascii="Comic Sans MS" w:hAnsi="Comic Sans MS"/>
          <w:sz w:val="32"/>
          <w:szCs w:val="32"/>
        </w:rPr>
      </w:pPr>
      <w:r w:rsidRPr="00F06453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2A7B188" wp14:editId="46527A9C">
            <wp:simplePos x="0" y="0"/>
            <wp:positionH relativeFrom="margin">
              <wp:posOffset>5308600</wp:posOffset>
            </wp:positionH>
            <wp:positionV relativeFrom="paragraph">
              <wp:posOffset>721360</wp:posOffset>
            </wp:positionV>
            <wp:extent cx="673100" cy="697230"/>
            <wp:effectExtent l="0" t="0" r="0" b="762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453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054B58DD" wp14:editId="369CBA1A">
            <wp:simplePos x="0" y="0"/>
            <wp:positionH relativeFrom="column">
              <wp:posOffset>-754380</wp:posOffset>
            </wp:positionH>
            <wp:positionV relativeFrom="paragraph">
              <wp:posOffset>601980</wp:posOffset>
            </wp:positionV>
            <wp:extent cx="813435" cy="831352"/>
            <wp:effectExtent l="0" t="0" r="5715" b="698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83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770" w:rsidRPr="007C1770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359C4A8B" wp14:editId="47E47AD5">
            <wp:extent cx="2441440" cy="14706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53939" cy="14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770">
        <w:rPr>
          <w:rFonts w:ascii="Comic Sans MS" w:hAnsi="Comic Sans MS"/>
          <w:sz w:val="32"/>
          <w:szCs w:val="32"/>
        </w:rPr>
        <w:t xml:space="preserve">         </w:t>
      </w:r>
      <w:r w:rsidR="007C1770" w:rsidRPr="007C1770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23490A08" wp14:editId="4412A7C7">
            <wp:extent cx="1950889" cy="149364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70" w:rsidRPr="00B53EF4" w:rsidRDefault="007C17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sensory room                          orienteering </w:t>
      </w:r>
    </w:p>
    <w:p w:rsidR="007C7604" w:rsidRPr="00710AB3" w:rsidRDefault="00941380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710AB3">
        <w:rPr>
          <w:rFonts w:ascii="Comic Sans MS" w:hAnsi="Comic Sans MS"/>
          <w:color w:val="auto"/>
          <w:sz w:val="32"/>
          <w:szCs w:val="32"/>
          <w:u w:val="single"/>
        </w:rPr>
        <w:lastRenderedPageBreak/>
        <w:t>Mealtimes</w:t>
      </w:r>
      <w:bookmarkStart w:id="0" w:name="_GoBack"/>
      <w:bookmarkEnd w:id="0"/>
    </w:p>
    <w:p w:rsidR="007C7604" w:rsidRPr="00B53EF4" w:rsidRDefault="008D34F6" w:rsidP="00710AB3">
      <w:pPr>
        <w:rPr>
          <w:rFonts w:ascii="Comic Sans MS" w:hAnsi="Comic Sans MS"/>
          <w:sz w:val="32"/>
          <w:szCs w:val="32"/>
        </w:rPr>
      </w:pPr>
      <w:r w:rsidRPr="008D34F6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AE1F987" wp14:editId="1A2E6CAA">
            <wp:simplePos x="0" y="0"/>
            <wp:positionH relativeFrom="column">
              <wp:posOffset>-670560</wp:posOffset>
            </wp:positionH>
            <wp:positionV relativeFrom="paragraph">
              <wp:posOffset>1798320</wp:posOffset>
            </wp:positionV>
            <wp:extent cx="969645" cy="965200"/>
            <wp:effectExtent l="0" t="0" r="1905" b="635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379" w:rsidRPr="00CD3379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486400" cy="1723390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941380" w:rsidRPr="00B53EF4">
        <w:rPr>
          <w:rFonts w:ascii="Comic Sans MS" w:hAnsi="Comic Sans MS"/>
          <w:sz w:val="32"/>
          <w:szCs w:val="32"/>
        </w:rPr>
        <w:br/>
      </w:r>
      <w:r w:rsidR="00710AB3">
        <w:rPr>
          <w:rFonts w:ascii="Comic Sans MS" w:hAnsi="Comic Sans MS"/>
          <w:sz w:val="32"/>
          <w:szCs w:val="32"/>
        </w:rPr>
        <w:t xml:space="preserve">         </w:t>
      </w:r>
      <w:r w:rsidR="00710AB3" w:rsidRPr="00710AB3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95A3CAA" wp14:editId="35D602AD">
            <wp:extent cx="4511040" cy="2891692"/>
            <wp:effectExtent l="0" t="0" r="381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25094" cy="290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AB3" w:rsidRPr="00710AB3">
        <w:rPr>
          <w:rFonts w:ascii="Comic Sans MS" w:hAnsi="Comic Sans MS"/>
          <w:sz w:val="32"/>
          <w:szCs w:val="32"/>
        </w:rPr>
        <w:t xml:space="preserve"> </w:t>
      </w:r>
      <w:r w:rsidR="00941380"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710AB3" w:rsidRDefault="00CD3379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CD3379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 wp14:anchorId="59135C1A" wp14:editId="56C1438F">
            <wp:simplePos x="0" y="0"/>
            <wp:positionH relativeFrom="column">
              <wp:posOffset>-601980</wp:posOffset>
            </wp:positionH>
            <wp:positionV relativeFrom="paragraph">
              <wp:posOffset>412115</wp:posOffset>
            </wp:positionV>
            <wp:extent cx="5486400" cy="1794510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F6" w:rsidRPr="008D34F6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208D4435" wp14:editId="667E68C3">
            <wp:simplePos x="0" y="0"/>
            <wp:positionH relativeFrom="column">
              <wp:posOffset>4962525</wp:posOffset>
            </wp:positionH>
            <wp:positionV relativeFrom="paragraph">
              <wp:posOffset>3810</wp:posOffset>
            </wp:positionV>
            <wp:extent cx="845185" cy="81915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710AB3">
        <w:rPr>
          <w:rFonts w:ascii="Comic Sans MS" w:hAnsi="Comic Sans MS"/>
          <w:color w:val="auto"/>
          <w:sz w:val="32"/>
          <w:szCs w:val="32"/>
          <w:u w:val="single"/>
        </w:rPr>
        <w:t>How I Might Feel</w:t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710AB3">
        <w:rPr>
          <w:rFonts w:ascii="Comic Sans MS" w:hAnsi="Comic Sans MS"/>
          <w:sz w:val="32"/>
          <w:szCs w:val="32"/>
        </w:rPr>
        <w:t xml:space="preserve">         </w:t>
      </w:r>
      <w:r w:rsidR="00710AB3" w:rsidRPr="00710AB3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6501C99C" wp14:editId="7801422F">
            <wp:extent cx="4450080" cy="3265885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65978" cy="327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AB3" w:rsidRPr="00710AB3">
        <w:rPr>
          <w:rFonts w:ascii="Comic Sans MS" w:hAnsi="Comic Sans MS"/>
          <w:sz w:val="32"/>
          <w:szCs w:val="32"/>
        </w:rPr>
        <w:t xml:space="preserve"> </w:t>
      </w:r>
      <w:r w:rsidRPr="00B53EF4">
        <w:rPr>
          <w:rFonts w:ascii="Comic Sans MS" w:hAnsi="Comic Sans MS"/>
          <w:sz w:val="32"/>
          <w:szCs w:val="32"/>
        </w:rPr>
        <w:br w:type="page"/>
      </w:r>
    </w:p>
    <w:p w:rsidR="007C7604" w:rsidRPr="00710AB3" w:rsidRDefault="00CD3379">
      <w:pPr>
        <w:pStyle w:val="Heading2"/>
        <w:rPr>
          <w:rFonts w:ascii="Comic Sans MS" w:hAnsi="Comic Sans MS"/>
          <w:color w:val="auto"/>
          <w:sz w:val="32"/>
          <w:szCs w:val="32"/>
          <w:u w:val="single"/>
        </w:rPr>
      </w:pPr>
      <w:r w:rsidRPr="00CD3379">
        <w:rPr>
          <w:rFonts w:ascii="Comic Sans MS" w:hAnsi="Comic Sans MS"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2666FCC2" wp14:editId="57FB7338">
            <wp:simplePos x="0" y="0"/>
            <wp:positionH relativeFrom="column">
              <wp:posOffset>-800100</wp:posOffset>
            </wp:positionH>
            <wp:positionV relativeFrom="paragraph">
              <wp:posOffset>396875</wp:posOffset>
            </wp:positionV>
            <wp:extent cx="5334000" cy="1483995"/>
            <wp:effectExtent l="0" t="0" r="0" b="1905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AB3" w:rsidRPr="00480AB3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164E3CD" wp14:editId="76840A5C">
            <wp:simplePos x="0" y="0"/>
            <wp:positionH relativeFrom="column">
              <wp:posOffset>4587875</wp:posOffset>
            </wp:positionH>
            <wp:positionV relativeFrom="paragraph">
              <wp:posOffset>3810</wp:posOffset>
            </wp:positionV>
            <wp:extent cx="1452245" cy="1421130"/>
            <wp:effectExtent l="0" t="0" r="0" b="762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380" w:rsidRPr="00710AB3">
        <w:rPr>
          <w:rFonts w:ascii="Comic Sans MS" w:hAnsi="Comic Sans MS"/>
          <w:color w:val="auto"/>
          <w:sz w:val="32"/>
          <w:szCs w:val="32"/>
          <w:u w:val="single"/>
        </w:rPr>
        <w:t>A Wonderful Experience</w:t>
      </w:r>
    </w:p>
    <w:p w:rsidR="007C7604" w:rsidRPr="00B53EF4" w:rsidRDefault="00941380">
      <w:pPr>
        <w:rPr>
          <w:rFonts w:ascii="Comic Sans MS" w:hAnsi="Comic Sans MS"/>
          <w:sz w:val="32"/>
          <w:szCs w:val="32"/>
        </w:rPr>
      </w:pPr>
      <w:r w:rsidRPr="00B53EF4">
        <w:rPr>
          <w:rFonts w:ascii="Comic Sans MS" w:hAnsi="Comic Sans MS"/>
          <w:sz w:val="32"/>
          <w:szCs w:val="32"/>
        </w:rPr>
        <w:br/>
      </w:r>
      <w:r w:rsidRPr="00B53EF4">
        <w:rPr>
          <w:rFonts w:ascii="Comic Sans MS" w:hAnsi="Comic Sans MS"/>
          <w:sz w:val="32"/>
          <w:szCs w:val="32"/>
        </w:rPr>
        <w:br/>
      </w:r>
      <w:r w:rsidR="00710AB3">
        <w:rPr>
          <w:rFonts w:ascii="Comic Sans MS" w:hAnsi="Comic Sans MS"/>
          <w:sz w:val="32"/>
          <w:szCs w:val="32"/>
        </w:rPr>
        <w:t xml:space="preserve">           </w:t>
      </w:r>
      <w:r w:rsidR="00710AB3" w:rsidRPr="00710AB3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 wp14:anchorId="10E2B499" wp14:editId="53DF4E1A">
            <wp:extent cx="4328160" cy="4049567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34734" cy="405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AB3" w:rsidRPr="00710AB3">
        <w:rPr>
          <w:rFonts w:ascii="Comic Sans MS" w:hAnsi="Comic Sans MS"/>
          <w:sz w:val="32"/>
          <w:szCs w:val="32"/>
        </w:rPr>
        <w:t xml:space="preserve"> </w:t>
      </w:r>
    </w:p>
    <w:sectPr w:rsidR="007C7604" w:rsidRPr="00B53EF4" w:rsidSect="00D1529E">
      <w:pgSz w:w="12240" w:h="15840"/>
      <w:pgMar w:top="851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2E14D6"/>
    <w:rsid w:val="00326F90"/>
    <w:rsid w:val="003575CE"/>
    <w:rsid w:val="00480AB3"/>
    <w:rsid w:val="004A24EE"/>
    <w:rsid w:val="004B1BEE"/>
    <w:rsid w:val="005409D7"/>
    <w:rsid w:val="006847FF"/>
    <w:rsid w:val="00710AB3"/>
    <w:rsid w:val="007C1770"/>
    <w:rsid w:val="007C7604"/>
    <w:rsid w:val="008D34F6"/>
    <w:rsid w:val="00941380"/>
    <w:rsid w:val="00AA1D8D"/>
    <w:rsid w:val="00B47730"/>
    <w:rsid w:val="00B53EF4"/>
    <w:rsid w:val="00B87A4C"/>
    <w:rsid w:val="00CB0664"/>
    <w:rsid w:val="00CD3379"/>
    <w:rsid w:val="00CE3B4C"/>
    <w:rsid w:val="00D1529E"/>
    <w:rsid w:val="00E145EF"/>
    <w:rsid w:val="00F0645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1E160A"/>
  <w14:defaultImageDpi w14:val="300"/>
  <w15:docId w15:val="{B800876C-58C2-4B23-BA09-5610D9A7D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D05D55-453B-414E-89AE-74D440B34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Michael Gaskell</cp:lastModifiedBy>
  <cp:revision>4</cp:revision>
  <dcterms:created xsi:type="dcterms:W3CDTF">2026-01-21T20:45:00Z</dcterms:created>
  <dcterms:modified xsi:type="dcterms:W3CDTF">2026-01-21T20:59:00Z</dcterms:modified>
  <cp:category/>
</cp:coreProperties>
</file>