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04" w:rsidRDefault="00E145EF" w:rsidP="00B53EF4">
      <w:pPr>
        <w:pStyle w:val="Heading1"/>
        <w:jc w:val="center"/>
        <w:rPr>
          <w:rFonts w:ascii="Comic Sans MS" w:hAnsi="Comic Sans MS"/>
          <w:color w:val="auto"/>
          <w:sz w:val="96"/>
          <w:szCs w:val="96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5B760FD" wp14:editId="7710A64B">
            <wp:simplePos x="0" y="0"/>
            <wp:positionH relativeFrom="column">
              <wp:posOffset>4747260</wp:posOffset>
            </wp:positionH>
            <wp:positionV relativeFrom="paragraph">
              <wp:posOffset>3126105</wp:posOffset>
            </wp:positionV>
            <wp:extent cx="1277620" cy="1221740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color w:val="auto"/>
          <w:sz w:val="96"/>
          <w:szCs w:val="96"/>
        </w:rPr>
        <w:t xml:space="preserve">My </w:t>
      </w:r>
      <w:proofErr w:type="spellStart"/>
      <w:r w:rsidR="00941380" w:rsidRPr="00B53EF4">
        <w:rPr>
          <w:rFonts w:ascii="Comic Sans MS" w:hAnsi="Comic Sans MS"/>
          <w:color w:val="auto"/>
          <w:sz w:val="96"/>
          <w:szCs w:val="96"/>
        </w:rPr>
        <w:t>Bendrigg</w:t>
      </w:r>
      <w:proofErr w:type="spellEnd"/>
      <w:r w:rsidR="00941380" w:rsidRPr="00B53EF4">
        <w:rPr>
          <w:rFonts w:ascii="Comic Sans MS" w:hAnsi="Comic Sans MS"/>
          <w:color w:val="auto"/>
          <w:sz w:val="96"/>
          <w:szCs w:val="96"/>
        </w:rPr>
        <w:t xml:space="preserve"> Residential Adventure</w:t>
      </w:r>
    </w:p>
    <w:p w:rsidR="00B53EF4" w:rsidRPr="00B53EF4" w:rsidRDefault="00B53EF4" w:rsidP="00B53EF4"/>
    <w:p w:rsidR="00B53EF4" w:rsidRPr="00B53EF4" w:rsidRDefault="00B53EF4" w:rsidP="00B53EF4">
      <w:pPr>
        <w:jc w:val="center"/>
      </w:pPr>
      <w:r w:rsidRPr="00B53EF4">
        <w:rPr>
          <w:noProof/>
          <w:lang w:val="en-GB" w:eastAsia="en-GB"/>
        </w:rPr>
        <w:drawing>
          <wp:inline distT="0" distB="0" distL="0" distR="0" wp14:anchorId="11AF303B" wp14:editId="08DA12AA">
            <wp:extent cx="4155842" cy="2865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4203" cy="287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lastRenderedPageBreak/>
        <w:t xml:space="preserve">This story is about my residential trip from Green Lane School to </w:t>
      </w:r>
      <w:proofErr w:type="spellStart"/>
      <w:r w:rsidRPr="00B53EF4">
        <w:rPr>
          <w:rFonts w:ascii="Comic Sans MS" w:hAnsi="Comic Sans MS"/>
          <w:sz w:val="32"/>
          <w:szCs w:val="32"/>
        </w:rPr>
        <w:t>Bendrigg</w:t>
      </w:r>
      <w:proofErr w:type="spellEnd"/>
      <w:r w:rsidRPr="00B53EF4">
        <w:rPr>
          <w:rFonts w:ascii="Comic Sans MS" w:hAnsi="Comic Sans MS"/>
          <w:sz w:val="32"/>
          <w:szCs w:val="32"/>
        </w:rPr>
        <w:t xml:space="preserve"> Trust.</w:t>
      </w: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53FC137F" wp14:editId="0650FA47">
            <wp:extent cx="2872989" cy="1409822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2989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</w:t>
      </w:r>
      <w:r w:rsidRPr="00B53EF4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8FE1220" wp14:editId="49181D30">
            <wp:extent cx="2255715" cy="157747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5715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5018D222" wp14:editId="7D7F4751">
            <wp:extent cx="1623201" cy="162320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3201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                 </w:t>
      </w:r>
      <w:r w:rsidRPr="00B53EF4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9EB97E9" wp14:editId="03935612">
            <wp:extent cx="1333616" cy="1729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616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3F0A0593" wp14:editId="7E84A32D">
            <wp:simplePos x="0" y="0"/>
            <wp:positionH relativeFrom="column">
              <wp:posOffset>5341620</wp:posOffset>
            </wp:positionH>
            <wp:positionV relativeFrom="paragraph">
              <wp:posOffset>0</wp:posOffset>
            </wp:positionV>
            <wp:extent cx="760095" cy="766445"/>
            <wp:effectExtent l="0" t="0" r="1905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t>The adults leading our residential are:</w:t>
      </w:r>
      <w:r w:rsidRPr="00E145EF">
        <w:rPr>
          <w:noProof/>
          <w:lang w:val="en-GB" w:eastAsia="en-GB"/>
        </w:rPr>
        <w:t xml:space="preserve"> </w:t>
      </w:r>
      <w:r w:rsidR="00941380" w:rsidRPr="00B53EF4">
        <w:rPr>
          <w:rFonts w:ascii="Comic Sans MS" w:hAnsi="Comic Sans MS"/>
          <w:sz w:val="32"/>
          <w:szCs w:val="32"/>
        </w:rPr>
        <w:br/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E6D563F" wp14:editId="25639276">
            <wp:extent cx="1325880" cy="1338507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5517" cy="135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                             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4C72B36F" wp14:editId="675A8D5A">
            <wp:extent cx="1307547" cy="124587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27412" cy="126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br/>
        <w:t xml:space="preserve">      Mrs Irwin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 xml:space="preserve">  </w:t>
      </w:r>
      <w:r w:rsidRPr="00B53EF4">
        <w:rPr>
          <w:rFonts w:ascii="Comic Sans MS" w:hAnsi="Comic Sans MS"/>
          <w:sz w:val="32"/>
          <w:szCs w:val="32"/>
        </w:rPr>
        <w:t>Mrs VanRooy</w:t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>
        <w:rPr>
          <w:rFonts w:ascii="Comic Sans MS" w:hAnsi="Comic Sans MS"/>
          <w:sz w:val="32"/>
          <w:szCs w:val="32"/>
        </w:rPr>
        <w:t>Other staff that are coming on residential with us are:</w:t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F9161E2" wp14:editId="61D72F9E">
            <wp:extent cx="1043940" cy="991743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9750" cy="100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>
        <w:rPr>
          <w:rFonts w:ascii="Comic Sans MS" w:hAnsi="Comic Sans MS"/>
          <w:sz w:val="32"/>
          <w:szCs w:val="32"/>
        </w:rPr>
        <w:t xml:space="preserve"> </w:t>
      </w:r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078D8CC7" wp14:editId="2BEDB356">
            <wp:extent cx="982980" cy="972742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8364" cy="98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 xml:space="preserve"> </w:t>
      </w:r>
      <w:r w:rsidR="002E14D6">
        <w:rPr>
          <w:rFonts w:ascii="Comic Sans MS" w:hAnsi="Comic Sans MS"/>
          <w:sz w:val="32"/>
          <w:szCs w:val="32"/>
        </w:rPr>
        <w:tab/>
        <w:t xml:space="preserve">       </w:t>
      </w:r>
      <w:r w:rsidR="002E14D6">
        <w:rPr>
          <w:rFonts w:ascii="Comic Sans MS" w:hAnsi="Comic Sans MS"/>
          <w:sz w:val="32"/>
          <w:szCs w:val="32"/>
        </w:rPr>
        <w:tab/>
      </w:r>
      <w:r w:rsidR="002E14D6" w:rsidRPr="002E14D6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B2BFC7D" wp14:editId="747C915F">
            <wp:extent cx="937260" cy="9372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7349" cy="93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B53EF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Mr Gaskell</w:t>
      </w:r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 xml:space="preserve">Miss </w:t>
      </w:r>
      <w:proofErr w:type="spellStart"/>
      <w:r w:rsidR="004A24EE">
        <w:rPr>
          <w:rFonts w:ascii="Comic Sans MS" w:hAnsi="Comic Sans MS"/>
          <w:sz w:val="32"/>
          <w:szCs w:val="32"/>
        </w:rPr>
        <w:t>Urry</w:t>
      </w:r>
      <w:proofErr w:type="spellEnd"/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  <w:t>Mrs Sweeney</w:t>
      </w:r>
    </w:p>
    <w:p w:rsidR="004A24EE" w:rsidRDefault="002E14D6" w:rsidP="002E14D6">
      <w:pPr>
        <w:rPr>
          <w:rFonts w:ascii="Comic Sans MS" w:hAnsi="Comic Sans MS"/>
          <w:sz w:val="32"/>
          <w:szCs w:val="32"/>
        </w:rPr>
      </w:pPr>
      <w:r>
        <w:rPr>
          <w:noProof/>
          <w:lang w:val="en-GB" w:eastAsia="en-GB"/>
        </w:rPr>
        <w:t xml:space="preserve">       </w:t>
      </w:r>
      <w:r w:rsidRPr="002E14D6">
        <w:rPr>
          <w:noProof/>
          <w:lang w:val="en-GB" w:eastAsia="en-GB"/>
        </w:rPr>
        <w:drawing>
          <wp:inline distT="0" distB="0" distL="0" distR="0" wp14:anchorId="16AA61CE" wp14:editId="28F24ED7">
            <wp:extent cx="929640" cy="969625"/>
            <wp:effectExtent l="0" t="0" r="381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41039" cy="98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ab/>
      </w:r>
      <w:r>
        <w:rPr>
          <w:noProof/>
          <w:lang w:val="en-GB" w:eastAsia="en-GB"/>
        </w:rPr>
        <w:tab/>
        <w:t xml:space="preserve">          </w:t>
      </w:r>
      <w:r w:rsidRPr="002E14D6">
        <w:rPr>
          <w:noProof/>
          <w:lang w:val="en-GB" w:eastAsia="en-GB"/>
        </w:rPr>
        <w:t xml:space="preserve"> </w:t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2BEE7817" wp14:editId="6980B60E">
            <wp:extent cx="1066800" cy="111318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3532" cy="11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 w:rsidRPr="004A24EE">
        <w:rPr>
          <w:noProof/>
          <w:lang w:val="en-GB" w:eastAsia="en-GB"/>
        </w:rPr>
        <w:t xml:space="preserve"> </w:t>
      </w:r>
      <w:r w:rsidR="004A24EE">
        <w:rPr>
          <w:noProof/>
          <w:lang w:val="en-GB" w:eastAsia="en-GB"/>
        </w:rPr>
        <w:tab/>
      </w:r>
      <w:r w:rsidR="004A24EE">
        <w:rPr>
          <w:noProof/>
          <w:lang w:val="en-GB" w:eastAsia="en-GB"/>
        </w:rPr>
        <w:tab/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243AF8BB" wp14:editId="2AEBC1E8">
            <wp:extent cx="982980" cy="982980"/>
            <wp:effectExtent l="0" t="0" r="762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3074" cy="98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Mrs Fitzpatrick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Ms</w:t>
      </w:r>
      <w:proofErr w:type="spellEnd"/>
      <w:r>
        <w:rPr>
          <w:rFonts w:ascii="Comic Sans MS" w:hAnsi="Comic Sans MS"/>
          <w:sz w:val="32"/>
          <w:szCs w:val="32"/>
        </w:rPr>
        <w:t xml:space="preserve"> White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Mrs Davies</w:t>
      </w:r>
      <w:r>
        <w:rPr>
          <w:rFonts w:ascii="Comic Sans MS" w:hAnsi="Comic Sans MS"/>
          <w:sz w:val="32"/>
          <w:szCs w:val="32"/>
        </w:rPr>
        <w:tab/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76B12E88" wp14:editId="25FD8409">
            <wp:extent cx="1043940" cy="1043940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44036" cy="104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 xml:space="preserve"> </w:t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     </w:t>
      </w:r>
      <w:r w:rsidR="002E14D6" w:rsidRPr="002E14D6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B2A09BE" wp14:editId="00AF17B1">
            <wp:extent cx="990600" cy="990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0690" cy="99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</w:t>
      </w:r>
      <w:r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04FD99E4" wp14:editId="53E97B62">
            <wp:extent cx="1021080" cy="1010102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40714" cy="10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2E14D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Miss Taylor</w:t>
      </w:r>
      <w:r>
        <w:rPr>
          <w:rFonts w:ascii="Comic Sans MS" w:hAnsi="Comic Sans MS"/>
          <w:sz w:val="32"/>
          <w:szCs w:val="32"/>
        </w:rPr>
        <w:tab/>
        <w:t xml:space="preserve">           Mrs Chapman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>Miss McElroy</w:t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 w:rsidRPr="004A24EE">
        <w:rPr>
          <w:rFonts w:ascii="Comic Sans MS" w:hAnsi="Comic Sans MS"/>
          <w:noProof/>
          <w:sz w:val="32"/>
          <w:szCs w:val="32"/>
          <w:lang w:val="en-GB" w:eastAsia="en-GB"/>
        </w:rPr>
        <w:lastRenderedPageBreak/>
        <w:drawing>
          <wp:inline distT="0" distB="0" distL="0" distR="0" wp14:anchorId="60B910F5" wp14:editId="1399FE30">
            <wp:extent cx="990600" cy="96088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00513" cy="97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27034F0" wp14:editId="385E5FAB">
            <wp:extent cx="914400" cy="964096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3363" cy="97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 </w:t>
      </w:r>
      <w:r w:rsidR="002E14D6" w:rsidRPr="002E14D6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2E8F313A" wp14:editId="020E1C88">
            <wp:extent cx="923925" cy="9144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0253" cy="92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Miss Wright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>Mrs Green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Mrs Dumican</w:t>
      </w:r>
    </w:p>
    <w:p w:rsidR="004A24EE" w:rsidRDefault="002E14D6" w:rsidP="002E14D6">
      <w:pPr>
        <w:rPr>
          <w:rFonts w:ascii="Comic Sans MS" w:hAnsi="Comic Sans MS"/>
          <w:sz w:val="32"/>
          <w:szCs w:val="32"/>
        </w:rPr>
      </w:pPr>
      <w:r w:rsidRPr="002E14D6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B5595E0" wp14:editId="4F296A1A">
            <wp:extent cx="982980" cy="963320"/>
            <wp:effectExtent l="0" t="0" r="762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00738" cy="98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Pr="002E14D6">
        <w:rPr>
          <w:rFonts w:ascii="Comic Sans MS" w:hAnsi="Comic Sans MS"/>
          <w:sz w:val="32"/>
          <w:szCs w:val="32"/>
        </w:rPr>
        <w:t xml:space="preserve"> </w:t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144592A" wp14:editId="0C332316">
            <wp:extent cx="1005840" cy="953993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19654" cy="9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>
        <w:rPr>
          <w:rFonts w:ascii="Comic Sans MS" w:hAnsi="Comic Sans MS"/>
          <w:sz w:val="32"/>
          <w:szCs w:val="32"/>
        </w:rPr>
        <w:t xml:space="preserve"> </w:t>
      </w:r>
      <w:r w:rsidR="004A24EE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 xml:space="preserve">       </w:t>
      </w:r>
      <w:r w:rsidR="004A24EE">
        <w:rPr>
          <w:rFonts w:ascii="Comic Sans MS" w:hAnsi="Comic Sans MS"/>
          <w:sz w:val="32"/>
          <w:szCs w:val="32"/>
        </w:rPr>
        <w:tab/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92BB50C" wp14:editId="26749C9D">
            <wp:extent cx="960120" cy="92980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1164" cy="94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4A24EE" w:rsidP="002E14D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Mrs Gorman</w:t>
      </w:r>
      <w:r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Mrs Taylor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Mrs Lothrop</w:t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  <w:t>They will help to keep me safe and happy.</w:t>
      </w:r>
    </w:p>
    <w:p w:rsidR="00E145EF" w:rsidRPr="00B53EF4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BC3FE14" wp14:editId="58F7246C">
            <wp:simplePos x="0" y="0"/>
            <wp:positionH relativeFrom="margin">
              <wp:align>center</wp:align>
            </wp:positionH>
            <wp:positionV relativeFrom="paragraph">
              <wp:posOffset>318135</wp:posOffset>
            </wp:positionV>
            <wp:extent cx="2682240" cy="1341120"/>
            <wp:effectExtent l="0" t="0" r="381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6847FF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6847FF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Getting Ready to Go</w:t>
      </w:r>
    </w:p>
    <w:p w:rsidR="006847FF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2B39CE3" wp14:editId="7F968834">
            <wp:simplePos x="0" y="0"/>
            <wp:positionH relativeFrom="column">
              <wp:posOffset>4572000</wp:posOffset>
            </wp:positionH>
            <wp:positionV relativeFrom="paragraph">
              <wp:posOffset>302895</wp:posOffset>
            </wp:positionV>
            <wp:extent cx="1557655" cy="1537335"/>
            <wp:effectExtent l="0" t="0" r="4445" b="571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t xml:space="preserve">I am going on residential to </w:t>
      </w:r>
      <w:proofErr w:type="spellStart"/>
      <w:r w:rsidR="00941380" w:rsidRPr="00B53EF4">
        <w:rPr>
          <w:rFonts w:ascii="Comic Sans MS" w:hAnsi="Comic Sans MS"/>
          <w:sz w:val="32"/>
          <w:szCs w:val="32"/>
        </w:rPr>
        <w:t>Bendrigg</w:t>
      </w:r>
      <w:proofErr w:type="spellEnd"/>
      <w:r w:rsidR="00941380" w:rsidRPr="00B53EF4">
        <w:rPr>
          <w:rFonts w:ascii="Comic Sans MS" w:hAnsi="Comic Sans MS"/>
          <w:sz w:val="32"/>
          <w:szCs w:val="32"/>
        </w:rPr>
        <w:t xml:space="preserve"> Trust on Wednesday 25th February.</w:t>
      </w:r>
    </w:p>
    <w:p w:rsidR="007C7604" w:rsidRDefault="00941380" w:rsidP="006847FF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/>
        <w:t>On this day, I will bring my belongings to school with me.</w:t>
      </w:r>
      <w:r w:rsidRPr="00B53EF4">
        <w:rPr>
          <w:rFonts w:ascii="Comic Sans MS" w:hAnsi="Comic Sans MS"/>
          <w:sz w:val="32"/>
          <w:szCs w:val="32"/>
        </w:rPr>
        <w:br/>
        <w:t>My teachers will help me make sure I have everything I need.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6847FF">
        <w:rPr>
          <w:rFonts w:ascii="Comic Sans MS" w:hAnsi="Comic Sans MS"/>
          <w:sz w:val="32"/>
          <w:szCs w:val="32"/>
        </w:rPr>
        <w:t xml:space="preserve">                    </w:t>
      </w:r>
      <w:r w:rsidR="006847FF" w:rsidRPr="006847FF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00038903" wp14:editId="742B1C84">
            <wp:extent cx="3368040" cy="2285850"/>
            <wp:effectExtent l="0" t="0" r="381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88684" cy="229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7FF" w:rsidRPr="00B53EF4" w:rsidRDefault="006847FF" w:rsidP="006847F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</w:t>
      </w:r>
      <w:r w:rsidRPr="006847FF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48779E1" wp14:editId="489D0F02">
            <wp:extent cx="2476500" cy="2476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24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5409D7" w:rsidRDefault="00941380" w:rsidP="005409D7">
      <w:pPr>
        <w:rPr>
          <w:rFonts w:ascii="Comic Sans MS" w:hAnsi="Comic Sans MS"/>
          <w:b/>
          <w:sz w:val="32"/>
          <w:szCs w:val="32"/>
          <w:u w:val="single"/>
        </w:rPr>
      </w:pPr>
      <w:r w:rsidRPr="00B53EF4">
        <w:rPr>
          <w:rFonts w:ascii="Comic Sans MS" w:hAnsi="Comic Sans MS"/>
          <w:sz w:val="32"/>
          <w:szCs w:val="32"/>
        </w:rPr>
        <w:br w:type="page"/>
      </w:r>
      <w:r w:rsidR="00E145EF"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55D692D3" wp14:editId="23CB8F88">
            <wp:simplePos x="0" y="0"/>
            <wp:positionH relativeFrom="column">
              <wp:posOffset>4149725</wp:posOffset>
            </wp:positionH>
            <wp:positionV relativeFrom="paragraph">
              <wp:posOffset>72390</wp:posOffset>
            </wp:positionV>
            <wp:extent cx="1732280" cy="1687830"/>
            <wp:effectExtent l="0" t="0" r="1270" b="762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9D7">
        <w:rPr>
          <w:rFonts w:ascii="Comic Sans MS" w:hAnsi="Comic Sans MS"/>
          <w:b/>
          <w:sz w:val="32"/>
          <w:szCs w:val="32"/>
          <w:u w:val="single"/>
        </w:rPr>
        <w:t xml:space="preserve">Travelling to </w:t>
      </w:r>
      <w:proofErr w:type="spellStart"/>
      <w:r w:rsidRPr="005409D7">
        <w:rPr>
          <w:rFonts w:ascii="Comic Sans MS" w:hAnsi="Comic Sans MS"/>
          <w:b/>
          <w:sz w:val="32"/>
          <w:szCs w:val="32"/>
          <w:u w:val="single"/>
        </w:rPr>
        <w:t>Bendrigg</w:t>
      </w:r>
      <w:proofErr w:type="spellEnd"/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 xml:space="preserve">We will travel to </w:t>
      </w:r>
      <w:proofErr w:type="spellStart"/>
      <w:r w:rsidRPr="00B53EF4">
        <w:rPr>
          <w:rFonts w:ascii="Comic Sans MS" w:hAnsi="Comic Sans MS"/>
          <w:sz w:val="32"/>
          <w:szCs w:val="32"/>
        </w:rPr>
        <w:t>Bendrigg</w:t>
      </w:r>
      <w:proofErr w:type="spellEnd"/>
      <w:r w:rsidRPr="00B53EF4">
        <w:rPr>
          <w:rFonts w:ascii="Comic Sans MS" w:hAnsi="Comic Sans MS"/>
          <w:sz w:val="32"/>
          <w:szCs w:val="32"/>
        </w:rPr>
        <w:t xml:space="preserve"> in the school minibuses.</w:t>
      </w:r>
      <w:r w:rsidR="00E145EF" w:rsidRPr="00E145EF">
        <w:rPr>
          <w:noProof/>
          <w:lang w:val="en-GB" w:eastAsia="en-GB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/>
        <w:t>I will travel with my friends and teachers.</w:t>
      </w:r>
      <w:r w:rsidRPr="00B53EF4">
        <w:rPr>
          <w:rFonts w:ascii="Comic Sans MS" w:hAnsi="Comic Sans MS"/>
          <w:sz w:val="32"/>
          <w:szCs w:val="32"/>
        </w:rPr>
        <w:br/>
        <w:t>If I feel worried, I can talk to an adult.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5409D7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>
            <wp:extent cx="5090160" cy="369733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578" cy="370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4B1BEE" w:rsidRDefault="00E145EF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3A42F123" wp14:editId="35299F1C">
            <wp:simplePos x="0" y="0"/>
            <wp:positionH relativeFrom="column">
              <wp:posOffset>4610100</wp:posOffset>
            </wp:positionH>
            <wp:positionV relativeFrom="paragraph">
              <wp:posOffset>635</wp:posOffset>
            </wp:positionV>
            <wp:extent cx="1461135" cy="1454150"/>
            <wp:effectExtent l="0" t="0" r="571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4B1BEE">
        <w:rPr>
          <w:rFonts w:ascii="Comic Sans MS" w:hAnsi="Comic Sans MS"/>
          <w:color w:val="auto"/>
          <w:sz w:val="32"/>
          <w:szCs w:val="32"/>
          <w:u w:val="single"/>
        </w:rPr>
        <w:t xml:space="preserve">Arriving at </w:t>
      </w:r>
      <w:proofErr w:type="spellStart"/>
      <w:r w:rsidR="00941380" w:rsidRPr="004B1BEE">
        <w:rPr>
          <w:rFonts w:ascii="Comic Sans MS" w:hAnsi="Comic Sans MS"/>
          <w:color w:val="auto"/>
          <w:sz w:val="32"/>
          <w:szCs w:val="32"/>
          <w:u w:val="single"/>
        </w:rPr>
        <w:t>Bendrigg</w:t>
      </w:r>
      <w:proofErr w:type="spellEnd"/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When we arrive, we will be shown to our rooms.</w:t>
      </w:r>
      <w:r w:rsidR="00E145EF" w:rsidRPr="00E145EF">
        <w:rPr>
          <w:noProof/>
          <w:lang w:val="en-GB" w:eastAsia="en-GB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/>
        <w:t>An adult will help me make my bed.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4B1BEE">
        <w:rPr>
          <w:rFonts w:ascii="Comic Sans MS" w:hAnsi="Comic Sans MS"/>
          <w:sz w:val="32"/>
          <w:szCs w:val="32"/>
        </w:rPr>
        <w:t xml:space="preserve">             </w:t>
      </w:r>
      <w:r w:rsidR="004B1BEE" w:rsidRPr="004B1B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4406A64" wp14:editId="1074CB74">
            <wp:extent cx="4000500" cy="4051623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11568" cy="40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BEE" w:rsidRPr="004B1BEE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4B1BEE" w:rsidRDefault="00E145EF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4C3FA47D" wp14:editId="40963816">
            <wp:simplePos x="0" y="0"/>
            <wp:positionH relativeFrom="column">
              <wp:posOffset>4504055</wp:posOffset>
            </wp:positionH>
            <wp:positionV relativeFrom="paragraph">
              <wp:posOffset>140970</wp:posOffset>
            </wp:positionV>
            <wp:extent cx="1600835" cy="1581150"/>
            <wp:effectExtent l="0" t="0" r="0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4B1BEE">
        <w:rPr>
          <w:rFonts w:ascii="Comic Sans MS" w:hAnsi="Comic Sans MS"/>
          <w:color w:val="auto"/>
          <w:sz w:val="32"/>
          <w:szCs w:val="32"/>
          <w:u w:val="single"/>
        </w:rPr>
        <w:t>My Bedroom</w:t>
      </w:r>
    </w:p>
    <w:p w:rsidR="007C760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My teacher will tell me before we go which friends I am sharing a bedroom with.</w:t>
      </w:r>
      <w:r w:rsidR="00E145EF" w:rsidRPr="00E145EF">
        <w:rPr>
          <w:noProof/>
          <w:lang w:val="en-GB" w:eastAsia="en-GB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/>
        <w:t>I might share with friends or I might have my own room.</w:t>
      </w:r>
      <w:r w:rsidRPr="00B53EF4">
        <w:rPr>
          <w:rFonts w:ascii="Comic Sans MS" w:hAnsi="Comic Sans MS"/>
          <w:sz w:val="32"/>
          <w:szCs w:val="32"/>
        </w:rPr>
        <w:br/>
        <w:t>Both are okay.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4B1BEE">
        <w:rPr>
          <w:rFonts w:ascii="Comic Sans MS" w:hAnsi="Comic Sans MS"/>
          <w:sz w:val="32"/>
          <w:szCs w:val="32"/>
        </w:rPr>
        <w:t xml:space="preserve">           </w:t>
      </w:r>
      <w:r w:rsidR="004B1BEE" w:rsidRPr="004B1B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2CEE7BD" wp14:editId="5442A355">
            <wp:extent cx="4069080" cy="2625486"/>
            <wp:effectExtent l="0" t="0" r="762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93261" cy="264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BEE" w:rsidRPr="00B53EF4" w:rsidRDefault="004B1BE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</w:t>
      </w:r>
      <w:r w:rsidRPr="004B1B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72BCB34F" wp14:editId="26FED215">
            <wp:extent cx="4046220" cy="2583731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69814" cy="259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CE3B4C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CE3B4C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The Adults Helping Me</w:t>
      </w:r>
    </w:p>
    <w:p w:rsidR="00E145EF" w:rsidRDefault="00E145EF" w:rsidP="00CE3B4C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CCA939E" wp14:editId="028E125B">
            <wp:simplePos x="0" y="0"/>
            <wp:positionH relativeFrom="margin">
              <wp:posOffset>472440</wp:posOffset>
            </wp:positionH>
            <wp:positionV relativeFrom="paragraph">
              <wp:posOffset>760095</wp:posOffset>
            </wp:positionV>
            <wp:extent cx="1516380" cy="1556385"/>
            <wp:effectExtent l="0" t="0" r="7620" b="5715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t>My teachers will be with me during the day and night.</w:t>
      </w:r>
      <w:r w:rsidR="00941380" w:rsidRPr="00B53EF4">
        <w:rPr>
          <w:rFonts w:ascii="Comic Sans MS" w:hAnsi="Comic Sans MS"/>
          <w:sz w:val="32"/>
          <w:szCs w:val="32"/>
        </w:rPr>
        <w:br/>
        <w:t>They are there to help me with anything I need.</w:t>
      </w:r>
    </w:p>
    <w:p w:rsidR="00CE3B4C" w:rsidRDefault="00E145EF" w:rsidP="00CE3B4C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F1D206C" wp14:editId="5B71B390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493520" cy="1513205"/>
            <wp:effectExtent l="0" t="0" r="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CE3B4C">
        <w:rPr>
          <w:rFonts w:ascii="Comic Sans MS" w:hAnsi="Comic Sans MS"/>
          <w:sz w:val="32"/>
          <w:szCs w:val="32"/>
        </w:rPr>
        <w:t xml:space="preserve">        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120FC63" wp14:editId="5CD6512B">
            <wp:extent cx="3680216" cy="2319365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09519" cy="233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Pr="00B53EF4" w:rsidRDefault="00CE3B4C" w:rsidP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</w:t>
      </w:r>
      <w:r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2B13EA4" wp14:editId="263CF6E9">
            <wp:extent cx="3588039" cy="1929701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27765" cy="195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CE3B4C" w:rsidRDefault="00E145EF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567168E3" wp14:editId="57D1B07E">
            <wp:simplePos x="0" y="0"/>
            <wp:positionH relativeFrom="column">
              <wp:posOffset>4819015</wp:posOffset>
            </wp:positionH>
            <wp:positionV relativeFrom="paragraph">
              <wp:posOffset>0</wp:posOffset>
            </wp:positionV>
            <wp:extent cx="1247140" cy="1264285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CE3B4C">
        <w:rPr>
          <w:rFonts w:ascii="Comic Sans MS" w:hAnsi="Comic Sans MS"/>
          <w:color w:val="auto"/>
          <w:sz w:val="32"/>
          <w:szCs w:val="32"/>
          <w:u w:val="single"/>
        </w:rPr>
        <w:t xml:space="preserve">Activities at </w:t>
      </w:r>
      <w:proofErr w:type="spellStart"/>
      <w:r w:rsidR="00941380" w:rsidRPr="00CE3B4C">
        <w:rPr>
          <w:rFonts w:ascii="Comic Sans MS" w:hAnsi="Comic Sans MS"/>
          <w:color w:val="auto"/>
          <w:sz w:val="32"/>
          <w:szCs w:val="32"/>
          <w:u w:val="single"/>
        </w:rPr>
        <w:t>Bendrigg</w:t>
      </w:r>
      <w:proofErr w:type="spellEnd"/>
    </w:p>
    <w:p w:rsidR="00E145EF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59DDC39" wp14:editId="141630DB">
            <wp:simplePos x="0" y="0"/>
            <wp:positionH relativeFrom="column">
              <wp:posOffset>5286375</wp:posOffset>
            </wp:positionH>
            <wp:positionV relativeFrom="paragraph">
              <wp:posOffset>2329815</wp:posOffset>
            </wp:positionV>
            <wp:extent cx="808990" cy="805815"/>
            <wp:effectExtent l="0" t="0" r="0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t>I will have the chance to try lots of fun activities like:</w:t>
      </w:r>
      <w:r w:rsidR="00941380" w:rsidRPr="00B53EF4">
        <w:rPr>
          <w:rFonts w:ascii="Comic Sans MS" w:hAnsi="Comic Sans MS"/>
          <w:sz w:val="32"/>
          <w:szCs w:val="32"/>
        </w:rPr>
        <w:br/>
        <w:t xml:space="preserve">Archery, bikes, sensory swing, </w:t>
      </w:r>
      <w:r w:rsidR="00CE3B4C">
        <w:rPr>
          <w:rFonts w:ascii="Comic Sans MS" w:hAnsi="Comic Sans MS"/>
          <w:sz w:val="32"/>
          <w:szCs w:val="32"/>
        </w:rPr>
        <w:t xml:space="preserve">tube slide, climbing, canoeing, </w:t>
      </w:r>
      <w:r w:rsidR="00941380" w:rsidRPr="00B53EF4">
        <w:rPr>
          <w:rFonts w:ascii="Comic Sans MS" w:hAnsi="Comic Sans MS"/>
          <w:sz w:val="32"/>
          <w:szCs w:val="32"/>
        </w:rPr>
        <w:t>sports, indoor cave, sensory room and orienteering.</w:t>
      </w:r>
      <w:r w:rsidRPr="00E145EF">
        <w:rPr>
          <w:noProof/>
          <w:lang w:val="en-GB" w:eastAsia="en-GB"/>
        </w:rPr>
        <w:t xml:space="preserve"> </w:t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CE3B4C">
        <w:rPr>
          <w:rFonts w:ascii="Comic Sans MS" w:hAnsi="Comic Sans MS"/>
          <w:sz w:val="32"/>
          <w:szCs w:val="32"/>
        </w:rPr>
        <w:t xml:space="preserve">       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790E5B67" wp14:editId="36D57F25">
            <wp:extent cx="1661304" cy="160033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61304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 w:rsidRPr="00CE3B4C">
        <w:rPr>
          <w:rFonts w:ascii="Comic Sans MS" w:hAnsi="Comic Sans MS"/>
          <w:sz w:val="32"/>
          <w:szCs w:val="32"/>
        </w:rPr>
        <w:t xml:space="preserve">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77B8AAE" wp14:editId="1983FFB1">
            <wp:extent cx="2827265" cy="1310754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27265" cy="131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 w:rsidRPr="00CE3B4C">
        <w:rPr>
          <w:rFonts w:ascii="Comic Sans MS" w:hAnsi="Comic Sans MS"/>
          <w:sz w:val="32"/>
          <w:szCs w:val="32"/>
        </w:rPr>
        <w:t xml:space="preserve"> </w:t>
      </w:r>
    </w:p>
    <w:p w:rsidR="00CE3B4C" w:rsidRDefault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archery 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 xml:space="preserve">   </w:t>
      </w:r>
    </w:p>
    <w:p w:rsidR="007C7604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8F43CB0" wp14:editId="7CC91775">
            <wp:simplePos x="0" y="0"/>
            <wp:positionH relativeFrom="column">
              <wp:posOffset>5164455</wp:posOffset>
            </wp:positionH>
            <wp:positionV relativeFrom="paragraph">
              <wp:posOffset>91440</wp:posOffset>
            </wp:positionV>
            <wp:extent cx="860425" cy="856615"/>
            <wp:effectExtent l="0" t="0" r="0" b="63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B4C">
        <w:rPr>
          <w:rFonts w:ascii="Comic Sans MS" w:hAnsi="Comic Sans MS"/>
          <w:sz w:val="32"/>
          <w:szCs w:val="32"/>
        </w:rPr>
        <w:t xml:space="preserve">      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C374757" wp14:editId="2FB8A11C">
            <wp:extent cx="2301439" cy="1600339"/>
            <wp:effectExtent l="0" t="0" r="381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01439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 w:rsidRPr="00CE3B4C">
        <w:rPr>
          <w:rFonts w:ascii="Comic Sans MS" w:hAnsi="Comic Sans MS"/>
          <w:sz w:val="32"/>
          <w:szCs w:val="32"/>
        </w:rPr>
        <w:t xml:space="preserve">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019C6E30" wp14:editId="693BCBC7">
            <wp:extent cx="2072820" cy="1600339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72820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Default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 bikes</w:t>
      </w:r>
    </w:p>
    <w:p w:rsidR="00CE3B4C" w:rsidRDefault="00CE3B4C">
      <w:pPr>
        <w:rPr>
          <w:rFonts w:ascii="Comic Sans MS" w:hAnsi="Comic Sans MS"/>
          <w:sz w:val="32"/>
          <w:szCs w:val="32"/>
        </w:rPr>
      </w:pPr>
    </w:p>
    <w:p w:rsidR="00CE3B4C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5623560</wp:posOffset>
            </wp:positionH>
            <wp:positionV relativeFrom="paragraph">
              <wp:posOffset>26670</wp:posOffset>
            </wp:positionV>
            <wp:extent cx="546735" cy="546735"/>
            <wp:effectExtent l="0" t="0" r="5715" b="5715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8E7B064" wp14:editId="3B6690E5">
            <wp:simplePos x="0" y="0"/>
            <wp:positionH relativeFrom="column">
              <wp:posOffset>-754380</wp:posOffset>
            </wp:positionH>
            <wp:positionV relativeFrom="paragraph">
              <wp:posOffset>60960</wp:posOffset>
            </wp:positionV>
            <wp:extent cx="701040" cy="678815"/>
            <wp:effectExtent l="0" t="0" r="3810" b="6985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B4C">
        <w:rPr>
          <w:rFonts w:ascii="Comic Sans MS" w:hAnsi="Comic Sans MS"/>
          <w:sz w:val="32"/>
          <w:szCs w:val="32"/>
        </w:rPr>
        <w:t xml:space="preserve">    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418918E1" wp14:editId="438C5198">
            <wp:extent cx="2639974" cy="1539240"/>
            <wp:effectExtent l="0" t="0" r="8255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653499" cy="154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>
        <w:rPr>
          <w:rFonts w:ascii="Comic Sans MS" w:hAnsi="Comic Sans MS"/>
          <w:sz w:val="32"/>
          <w:szCs w:val="32"/>
        </w:rPr>
        <w:t xml:space="preserve">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95B2846" wp14:editId="6AC28D6E">
            <wp:extent cx="2263336" cy="1562235"/>
            <wp:effectExtent l="0" t="0" r="381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63336" cy="156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</w:t>
      </w:r>
      <w:r w:rsidR="00CE3B4C">
        <w:rPr>
          <w:rFonts w:ascii="Comic Sans MS" w:hAnsi="Comic Sans MS"/>
          <w:sz w:val="32"/>
          <w:szCs w:val="32"/>
        </w:rPr>
        <w:t>sensory swing</w:t>
      </w:r>
      <w:r>
        <w:rPr>
          <w:rFonts w:ascii="Comic Sans MS" w:hAnsi="Comic Sans MS"/>
          <w:sz w:val="32"/>
          <w:szCs w:val="32"/>
        </w:rPr>
        <w:t xml:space="preserve">                        tube slide</w:t>
      </w:r>
    </w:p>
    <w:p w:rsidR="00B87A4C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7EDBC5EC" wp14:editId="5044E964">
            <wp:simplePos x="0" y="0"/>
            <wp:positionH relativeFrom="rightMargin">
              <wp:align>left</wp:align>
            </wp:positionH>
            <wp:positionV relativeFrom="paragraph">
              <wp:posOffset>234950</wp:posOffset>
            </wp:positionV>
            <wp:extent cx="828675" cy="840105"/>
            <wp:effectExtent l="0" t="0" r="9525" b="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7EBA8880" wp14:editId="55139B46">
            <wp:extent cx="1780340" cy="1348540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88698" cy="135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A4C">
        <w:rPr>
          <w:rFonts w:ascii="Comic Sans MS" w:hAnsi="Comic Sans MS"/>
          <w:sz w:val="32"/>
          <w:szCs w:val="32"/>
        </w:rPr>
        <w:t xml:space="preserve"> </w:t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C38A12C" wp14:editId="538BFF88">
            <wp:extent cx="1657654" cy="13792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68259" cy="138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A4C">
        <w:rPr>
          <w:rFonts w:ascii="Comic Sans MS" w:hAnsi="Comic Sans MS"/>
          <w:sz w:val="32"/>
          <w:szCs w:val="32"/>
        </w:rPr>
        <w:t xml:space="preserve"> </w:t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CD6E9A3" wp14:editId="1BCDD4E7">
            <wp:extent cx="1767840" cy="1357808"/>
            <wp:effectExtent l="0" t="0" r="381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779272" cy="13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45EF">
        <w:rPr>
          <w:noProof/>
          <w:lang w:val="en-GB" w:eastAsia="en-GB"/>
        </w:rPr>
        <w:t xml:space="preserve"> </w:t>
      </w:r>
    </w:p>
    <w:p w:rsidR="00B87A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climbing wall</w:t>
      </w:r>
    </w:p>
    <w:p w:rsidR="00B87A4C" w:rsidRDefault="00F06453">
      <w:pPr>
        <w:rPr>
          <w:rFonts w:ascii="Comic Sans MS" w:hAnsi="Comic Sans MS"/>
          <w:sz w:val="32"/>
          <w:szCs w:val="32"/>
        </w:rPr>
      </w:pPr>
      <w:r w:rsidRPr="00F0645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0A80A565" wp14:editId="0455C692">
            <wp:simplePos x="0" y="0"/>
            <wp:positionH relativeFrom="column">
              <wp:posOffset>-701040</wp:posOffset>
            </wp:positionH>
            <wp:positionV relativeFrom="paragraph">
              <wp:posOffset>146685</wp:posOffset>
            </wp:positionV>
            <wp:extent cx="723900" cy="730250"/>
            <wp:effectExtent l="0" t="0" r="0" b="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45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E15A2F6" wp14:editId="4F19AEE1">
            <wp:simplePos x="0" y="0"/>
            <wp:positionH relativeFrom="column">
              <wp:posOffset>5471160</wp:posOffset>
            </wp:positionH>
            <wp:positionV relativeFrom="paragraph">
              <wp:posOffset>119380</wp:posOffset>
            </wp:positionV>
            <wp:extent cx="791845" cy="775335"/>
            <wp:effectExtent l="0" t="0" r="8255" b="571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770">
        <w:rPr>
          <w:rFonts w:ascii="Comic Sans MS" w:hAnsi="Comic Sans MS"/>
          <w:sz w:val="32"/>
          <w:szCs w:val="32"/>
        </w:rPr>
        <w:t xml:space="preserve">      </w:t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2FDC212" wp14:editId="3C0B1703">
            <wp:extent cx="2148840" cy="1351264"/>
            <wp:effectExtent l="0" t="0" r="381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163346" cy="136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A4C">
        <w:rPr>
          <w:rFonts w:ascii="Comic Sans MS" w:hAnsi="Comic Sans MS"/>
          <w:sz w:val="32"/>
          <w:szCs w:val="32"/>
        </w:rPr>
        <w:t xml:space="preserve">        </w:t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07EAC34" wp14:editId="66A0FFC2">
            <wp:extent cx="1973580" cy="1356434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987739" cy="136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453">
        <w:rPr>
          <w:noProof/>
          <w:lang w:val="en-GB" w:eastAsia="en-GB"/>
        </w:rPr>
        <w:t xml:space="preserve"> </w:t>
      </w:r>
    </w:p>
    <w:p w:rsidR="00B87A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</w:t>
      </w:r>
      <w:r w:rsidR="007C1770">
        <w:rPr>
          <w:rFonts w:ascii="Comic Sans MS" w:hAnsi="Comic Sans MS"/>
          <w:sz w:val="32"/>
          <w:szCs w:val="32"/>
        </w:rPr>
        <w:t xml:space="preserve">   </w:t>
      </w:r>
      <w:r>
        <w:rPr>
          <w:rFonts w:ascii="Comic Sans MS" w:hAnsi="Comic Sans MS"/>
          <w:sz w:val="32"/>
          <w:szCs w:val="32"/>
        </w:rPr>
        <w:t xml:space="preserve">  canoeing                     </w:t>
      </w:r>
      <w:r w:rsidR="007C1770">
        <w:rPr>
          <w:rFonts w:ascii="Comic Sans MS" w:hAnsi="Comic Sans MS"/>
          <w:sz w:val="32"/>
          <w:szCs w:val="32"/>
        </w:rPr>
        <w:t xml:space="preserve">  </w:t>
      </w:r>
      <w:r>
        <w:rPr>
          <w:rFonts w:ascii="Comic Sans MS" w:hAnsi="Comic Sans MS"/>
          <w:sz w:val="32"/>
          <w:szCs w:val="32"/>
        </w:rPr>
        <w:t xml:space="preserve">    indoor cave</w:t>
      </w:r>
    </w:p>
    <w:p w:rsidR="00B87A4C" w:rsidRDefault="00F06453">
      <w:pPr>
        <w:rPr>
          <w:rFonts w:ascii="Comic Sans MS" w:hAnsi="Comic Sans MS"/>
          <w:sz w:val="32"/>
          <w:szCs w:val="32"/>
        </w:rPr>
      </w:pPr>
      <w:r w:rsidRPr="00F0645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12A7B188" wp14:editId="46527A9C">
            <wp:simplePos x="0" y="0"/>
            <wp:positionH relativeFrom="margin">
              <wp:posOffset>5308600</wp:posOffset>
            </wp:positionH>
            <wp:positionV relativeFrom="paragraph">
              <wp:posOffset>721360</wp:posOffset>
            </wp:positionV>
            <wp:extent cx="673100" cy="697230"/>
            <wp:effectExtent l="0" t="0" r="0" b="762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45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054B58DD" wp14:editId="369CBA1A">
            <wp:simplePos x="0" y="0"/>
            <wp:positionH relativeFrom="column">
              <wp:posOffset>-754380</wp:posOffset>
            </wp:positionH>
            <wp:positionV relativeFrom="paragraph">
              <wp:posOffset>601980</wp:posOffset>
            </wp:positionV>
            <wp:extent cx="813435" cy="831352"/>
            <wp:effectExtent l="0" t="0" r="5715" b="698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831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770" w:rsidRPr="007C1770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59C4A8B" wp14:editId="47E47AD5">
            <wp:extent cx="2441440" cy="147066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453939" cy="147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770">
        <w:rPr>
          <w:rFonts w:ascii="Comic Sans MS" w:hAnsi="Comic Sans MS"/>
          <w:sz w:val="32"/>
          <w:szCs w:val="32"/>
        </w:rPr>
        <w:t xml:space="preserve">         </w:t>
      </w:r>
      <w:r w:rsidR="007C1770" w:rsidRPr="007C1770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23490A08" wp14:editId="4412A7C7">
            <wp:extent cx="1950889" cy="1493649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50889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770" w:rsidRPr="00B53EF4" w:rsidRDefault="007C177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sensory room                          orienteering </w:t>
      </w:r>
    </w:p>
    <w:p w:rsidR="007C7604" w:rsidRPr="00710AB3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710AB3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Mealtimes</w:t>
      </w:r>
    </w:p>
    <w:p w:rsidR="007C7604" w:rsidRPr="00B53EF4" w:rsidRDefault="008D34F6" w:rsidP="00710AB3">
      <w:pPr>
        <w:rPr>
          <w:rFonts w:ascii="Comic Sans MS" w:hAnsi="Comic Sans MS"/>
          <w:sz w:val="32"/>
          <w:szCs w:val="32"/>
        </w:rPr>
      </w:pPr>
      <w:r w:rsidRPr="008D34F6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AE1F987" wp14:editId="1A2E6CAA">
            <wp:simplePos x="0" y="0"/>
            <wp:positionH relativeFrom="column">
              <wp:posOffset>-670560</wp:posOffset>
            </wp:positionH>
            <wp:positionV relativeFrom="paragraph">
              <wp:posOffset>1798320</wp:posOffset>
            </wp:positionV>
            <wp:extent cx="969645" cy="965200"/>
            <wp:effectExtent l="0" t="0" r="1905" b="6350"/>
            <wp:wrapSquare wrapText="bothSides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t>I will eat breakfast, lunch and tea at Bendrigg with my friends.</w:t>
      </w:r>
      <w:r w:rsidR="00941380" w:rsidRPr="00B53EF4">
        <w:rPr>
          <w:rFonts w:ascii="Comic Sans MS" w:hAnsi="Comic Sans MS"/>
          <w:sz w:val="32"/>
          <w:szCs w:val="32"/>
        </w:rPr>
        <w:br/>
        <w:t>Mealtimes are a nice time to relax and talk.</w:t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</w:t>
      </w:r>
      <w:r w:rsidR="00710AB3" w:rsidRPr="00710AB3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95A3CAA" wp14:editId="35D602AD">
            <wp:extent cx="4511040" cy="2891692"/>
            <wp:effectExtent l="0" t="0" r="381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525094" cy="29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  <w:r w:rsidR="00941380"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710AB3" w:rsidRDefault="008D34F6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8D34F6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73F281A3" wp14:editId="39643E21">
            <wp:simplePos x="0" y="0"/>
            <wp:positionH relativeFrom="column">
              <wp:posOffset>4962525</wp:posOffset>
            </wp:positionH>
            <wp:positionV relativeFrom="paragraph">
              <wp:posOffset>3810</wp:posOffset>
            </wp:positionV>
            <wp:extent cx="845185" cy="819150"/>
            <wp:effectExtent l="0" t="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710AB3">
        <w:rPr>
          <w:rFonts w:ascii="Comic Sans MS" w:hAnsi="Comic Sans MS"/>
          <w:color w:val="auto"/>
          <w:sz w:val="32"/>
          <w:szCs w:val="32"/>
          <w:u w:val="single"/>
        </w:rPr>
        <w:t>How I Might Feel</w:t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I might feel excited, nervous or happy.</w:t>
      </w:r>
      <w:r w:rsidR="008D34F6" w:rsidRPr="008D34F6">
        <w:rPr>
          <w:noProof/>
          <w:lang w:val="en-GB" w:eastAsia="en-GB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/>
        <w:t>All feelings are okay.</w:t>
      </w:r>
      <w:r w:rsidRPr="00B53EF4">
        <w:rPr>
          <w:rFonts w:ascii="Comic Sans MS" w:hAnsi="Comic Sans MS"/>
          <w:sz w:val="32"/>
          <w:szCs w:val="32"/>
        </w:rPr>
        <w:br/>
        <w:t>If I feel worried, I can ask an adult for help.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</w:t>
      </w:r>
      <w:r w:rsidR="00710AB3" w:rsidRPr="00710AB3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501C99C" wp14:editId="7801422F">
            <wp:extent cx="4450080" cy="3265885"/>
            <wp:effectExtent l="0" t="0" r="762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465978" cy="327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710AB3" w:rsidRDefault="00480AB3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480AB3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79744" behindDoc="0" locked="0" layoutInCell="1" allowOverlap="1" wp14:anchorId="2115DA2E" wp14:editId="5E5FDD11">
            <wp:simplePos x="0" y="0"/>
            <wp:positionH relativeFrom="column">
              <wp:posOffset>4587875</wp:posOffset>
            </wp:positionH>
            <wp:positionV relativeFrom="paragraph">
              <wp:posOffset>3810</wp:posOffset>
            </wp:positionV>
            <wp:extent cx="1452245" cy="1421130"/>
            <wp:effectExtent l="0" t="0" r="0" b="7620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710AB3">
        <w:rPr>
          <w:rFonts w:ascii="Comic Sans MS" w:hAnsi="Comic Sans MS"/>
          <w:color w:val="auto"/>
          <w:sz w:val="32"/>
          <w:szCs w:val="32"/>
          <w:u w:val="single"/>
        </w:rPr>
        <w:t>A Wonderful Experience</w:t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Going on residential is going to be a wonderful experience.</w:t>
      </w:r>
      <w:r w:rsidRPr="00B53EF4">
        <w:rPr>
          <w:rFonts w:ascii="Comic Sans MS" w:hAnsi="Comic Sans MS"/>
          <w:sz w:val="32"/>
          <w:szCs w:val="32"/>
        </w:rPr>
        <w:br/>
        <w:t>I will have fun, make memories and try new things.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  </w:t>
      </w:r>
      <w:r w:rsidR="00710AB3" w:rsidRPr="00710AB3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0E2B499" wp14:editId="53DF4E1A">
            <wp:extent cx="4328160" cy="4049567"/>
            <wp:effectExtent l="0" t="0" r="0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334734" cy="40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  <w:bookmarkStart w:id="0" w:name="_GoBack"/>
      <w:bookmarkEnd w:id="0"/>
    </w:p>
    <w:sectPr w:rsidR="007C7604" w:rsidRPr="00B53EF4" w:rsidSect="00E145EF">
      <w:pgSz w:w="12240" w:h="15840"/>
      <w:pgMar w:top="1134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E14D6"/>
    <w:rsid w:val="00326F90"/>
    <w:rsid w:val="00480AB3"/>
    <w:rsid w:val="004A24EE"/>
    <w:rsid w:val="004B1BEE"/>
    <w:rsid w:val="005409D7"/>
    <w:rsid w:val="006847FF"/>
    <w:rsid w:val="00710AB3"/>
    <w:rsid w:val="007C1770"/>
    <w:rsid w:val="007C7604"/>
    <w:rsid w:val="008D34F6"/>
    <w:rsid w:val="00941380"/>
    <w:rsid w:val="00AA1D8D"/>
    <w:rsid w:val="00B47730"/>
    <w:rsid w:val="00B53EF4"/>
    <w:rsid w:val="00B87A4C"/>
    <w:rsid w:val="00CB0664"/>
    <w:rsid w:val="00CE3B4C"/>
    <w:rsid w:val="00E145EF"/>
    <w:rsid w:val="00F064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1E160A"/>
  <w14:defaultImageDpi w14:val="300"/>
  <w15:docId w15:val="{B800876C-58C2-4B23-BA09-5610D9A7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71" Type="http://schemas.openxmlformats.org/officeDocument/2006/relationships/image" Target="media/image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6C129F-4F07-4BD6-A2CA-48F79247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Gaskell</cp:lastModifiedBy>
  <cp:revision>13</cp:revision>
  <dcterms:created xsi:type="dcterms:W3CDTF">2026-01-19T23:21:00Z</dcterms:created>
  <dcterms:modified xsi:type="dcterms:W3CDTF">2026-01-21T20:45:00Z</dcterms:modified>
  <cp:category/>
</cp:coreProperties>
</file>