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604" w:rsidRDefault="00941380" w:rsidP="00B53EF4">
      <w:pPr>
        <w:pStyle w:val="Heading1"/>
        <w:jc w:val="center"/>
        <w:rPr>
          <w:rFonts w:ascii="Comic Sans MS" w:hAnsi="Comic Sans MS"/>
          <w:color w:val="auto"/>
          <w:sz w:val="96"/>
          <w:szCs w:val="96"/>
        </w:rPr>
      </w:pPr>
      <w:r w:rsidRPr="00B53EF4">
        <w:rPr>
          <w:rFonts w:ascii="Comic Sans MS" w:hAnsi="Comic Sans MS"/>
          <w:color w:val="auto"/>
          <w:sz w:val="96"/>
          <w:szCs w:val="96"/>
        </w:rPr>
        <w:t xml:space="preserve">My </w:t>
      </w:r>
      <w:proofErr w:type="spellStart"/>
      <w:r w:rsidRPr="00B53EF4">
        <w:rPr>
          <w:rFonts w:ascii="Comic Sans MS" w:hAnsi="Comic Sans MS"/>
          <w:color w:val="auto"/>
          <w:sz w:val="96"/>
          <w:szCs w:val="96"/>
        </w:rPr>
        <w:t>Bendrigg</w:t>
      </w:r>
      <w:proofErr w:type="spellEnd"/>
      <w:r w:rsidRPr="00B53EF4">
        <w:rPr>
          <w:rFonts w:ascii="Comic Sans MS" w:hAnsi="Comic Sans MS"/>
          <w:color w:val="auto"/>
          <w:sz w:val="96"/>
          <w:szCs w:val="96"/>
        </w:rPr>
        <w:t xml:space="preserve"> Residential Adventure</w:t>
      </w:r>
    </w:p>
    <w:p w:rsidR="00B53EF4" w:rsidRPr="00B53EF4" w:rsidRDefault="00B53EF4" w:rsidP="00B53EF4"/>
    <w:p w:rsidR="00B53EF4" w:rsidRPr="00B53EF4" w:rsidRDefault="00B53EF4" w:rsidP="00B53EF4">
      <w:pPr>
        <w:jc w:val="center"/>
      </w:pPr>
      <w:r w:rsidRPr="00B53EF4">
        <w:drawing>
          <wp:inline distT="0" distB="0" distL="0" distR="0" wp14:anchorId="3A1A3B07" wp14:editId="656ED3B6">
            <wp:extent cx="4155842" cy="28651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74203" cy="287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EF4" w:rsidRPr="00B53EF4" w:rsidRDefault="00B53EF4">
      <w:pPr>
        <w:rPr>
          <w:rFonts w:ascii="Comic Sans MS" w:hAnsi="Comic Sans MS"/>
          <w:sz w:val="32"/>
          <w:szCs w:val="32"/>
        </w:rPr>
      </w:pPr>
    </w:p>
    <w:p w:rsidR="00B53EF4" w:rsidRPr="00B53EF4" w:rsidRDefault="00B53EF4">
      <w:pPr>
        <w:rPr>
          <w:rFonts w:ascii="Comic Sans MS" w:hAnsi="Comic Sans MS"/>
          <w:sz w:val="32"/>
          <w:szCs w:val="32"/>
        </w:rPr>
      </w:pPr>
    </w:p>
    <w:p w:rsidR="00B53EF4" w:rsidRPr="00B53EF4" w:rsidRDefault="00B53EF4">
      <w:pPr>
        <w:rPr>
          <w:rFonts w:ascii="Comic Sans MS" w:hAnsi="Comic Sans MS"/>
          <w:sz w:val="32"/>
          <w:szCs w:val="32"/>
        </w:rPr>
      </w:pPr>
    </w:p>
    <w:p w:rsidR="00B53EF4" w:rsidRPr="00B53EF4" w:rsidRDefault="00B53EF4">
      <w:pPr>
        <w:rPr>
          <w:rFonts w:ascii="Comic Sans MS" w:hAnsi="Comic Sans MS"/>
          <w:sz w:val="32"/>
          <w:szCs w:val="32"/>
        </w:rPr>
      </w:pPr>
    </w:p>
    <w:p w:rsidR="00B53EF4" w:rsidRDefault="00941380">
      <w:pPr>
        <w:rPr>
          <w:rFonts w:ascii="Comic Sans MS" w:hAnsi="Comic Sans MS"/>
          <w:sz w:val="32"/>
          <w:szCs w:val="32"/>
        </w:rPr>
      </w:pPr>
      <w:r w:rsidRPr="00B53EF4">
        <w:rPr>
          <w:rFonts w:ascii="Comic Sans MS" w:hAnsi="Comic Sans MS"/>
          <w:sz w:val="32"/>
          <w:szCs w:val="32"/>
        </w:rPr>
        <w:lastRenderedPageBreak/>
        <w:t xml:space="preserve">This story is about my residential trip from Green Lane School to </w:t>
      </w:r>
      <w:proofErr w:type="spellStart"/>
      <w:r w:rsidRPr="00B53EF4">
        <w:rPr>
          <w:rFonts w:ascii="Comic Sans MS" w:hAnsi="Comic Sans MS"/>
          <w:sz w:val="32"/>
          <w:szCs w:val="32"/>
        </w:rPr>
        <w:t>Bendrigg</w:t>
      </w:r>
      <w:proofErr w:type="spellEnd"/>
      <w:r w:rsidRPr="00B53EF4">
        <w:rPr>
          <w:rFonts w:ascii="Comic Sans MS" w:hAnsi="Comic Sans MS"/>
          <w:sz w:val="32"/>
          <w:szCs w:val="32"/>
        </w:rPr>
        <w:t xml:space="preserve"> Trust.</w:t>
      </w:r>
    </w:p>
    <w:p w:rsidR="00B53EF4" w:rsidRDefault="00B53EF4">
      <w:pPr>
        <w:rPr>
          <w:rFonts w:ascii="Comic Sans MS" w:hAnsi="Comic Sans MS"/>
          <w:sz w:val="32"/>
          <w:szCs w:val="32"/>
        </w:rPr>
      </w:pPr>
    </w:p>
    <w:p w:rsidR="00B53EF4" w:rsidRDefault="00B53EF4">
      <w:pPr>
        <w:rPr>
          <w:rFonts w:ascii="Comic Sans MS" w:hAnsi="Comic Sans MS"/>
          <w:sz w:val="32"/>
          <w:szCs w:val="32"/>
        </w:rPr>
      </w:pPr>
      <w:r w:rsidRPr="00B53EF4">
        <w:rPr>
          <w:rFonts w:ascii="Comic Sans MS" w:hAnsi="Comic Sans MS"/>
          <w:sz w:val="32"/>
          <w:szCs w:val="32"/>
        </w:rPr>
        <w:drawing>
          <wp:inline distT="0" distB="0" distL="0" distR="0" wp14:anchorId="53FC137F" wp14:editId="0650FA47">
            <wp:extent cx="2872989" cy="1409822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2989" cy="140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  </w:t>
      </w:r>
      <w:r w:rsidRPr="00B53EF4">
        <w:rPr>
          <w:rFonts w:ascii="Comic Sans MS" w:hAnsi="Comic Sans MS"/>
          <w:sz w:val="32"/>
          <w:szCs w:val="32"/>
        </w:rPr>
        <w:t xml:space="preserve"> </w:t>
      </w:r>
      <w:r w:rsidRPr="00B53EF4">
        <w:rPr>
          <w:rFonts w:ascii="Comic Sans MS" w:hAnsi="Comic Sans MS"/>
          <w:sz w:val="32"/>
          <w:szCs w:val="32"/>
        </w:rPr>
        <w:drawing>
          <wp:inline distT="0" distB="0" distL="0" distR="0" wp14:anchorId="68FE1220" wp14:editId="49181D30">
            <wp:extent cx="2255715" cy="1577477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5715" cy="157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EF4" w:rsidRDefault="00B53EF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</w:t>
      </w:r>
      <w:r w:rsidRPr="00B53EF4">
        <w:rPr>
          <w:rFonts w:ascii="Comic Sans MS" w:hAnsi="Comic Sans MS"/>
          <w:sz w:val="32"/>
          <w:szCs w:val="32"/>
        </w:rPr>
        <w:drawing>
          <wp:inline distT="0" distB="0" distL="0" distR="0" wp14:anchorId="5018D222" wp14:editId="7D7F4751">
            <wp:extent cx="1623201" cy="162320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3201" cy="162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                     </w:t>
      </w:r>
      <w:r w:rsidRPr="00B53EF4">
        <w:rPr>
          <w:rFonts w:ascii="Comic Sans MS" w:hAnsi="Comic Sans MS"/>
          <w:sz w:val="32"/>
          <w:szCs w:val="32"/>
        </w:rPr>
        <w:t xml:space="preserve"> </w:t>
      </w:r>
      <w:r w:rsidRPr="00B53EF4">
        <w:rPr>
          <w:rFonts w:ascii="Comic Sans MS" w:hAnsi="Comic Sans MS"/>
          <w:sz w:val="32"/>
          <w:szCs w:val="32"/>
        </w:rPr>
        <w:drawing>
          <wp:inline distT="0" distB="0" distL="0" distR="0" wp14:anchorId="19EB97E9" wp14:editId="03935612">
            <wp:extent cx="1333616" cy="17298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616" cy="17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1380" w:rsidRPr="00B53EF4">
        <w:rPr>
          <w:rFonts w:ascii="Comic Sans MS" w:hAnsi="Comic Sans MS"/>
          <w:sz w:val="32"/>
          <w:szCs w:val="32"/>
        </w:rPr>
        <w:br/>
      </w:r>
      <w:r w:rsidR="00941380" w:rsidRPr="00B53EF4">
        <w:rPr>
          <w:rFonts w:ascii="Comic Sans MS" w:hAnsi="Comic Sans MS"/>
          <w:sz w:val="32"/>
          <w:szCs w:val="32"/>
        </w:rPr>
        <w:br/>
      </w:r>
    </w:p>
    <w:p w:rsidR="00B53EF4" w:rsidRDefault="00B53EF4">
      <w:pPr>
        <w:rPr>
          <w:rFonts w:ascii="Comic Sans MS" w:hAnsi="Comic Sans MS"/>
          <w:sz w:val="32"/>
          <w:szCs w:val="32"/>
        </w:rPr>
      </w:pPr>
    </w:p>
    <w:p w:rsidR="00B53EF4" w:rsidRDefault="00B53EF4">
      <w:pPr>
        <w:rPr>
          <w:rFonts w:ascii="Comic Sans MS" w:hAnsi="Comic Sans MS"/>
          <w:sz w:val="32"/>
          <w:szCs w:val="32"/>
        </w:rPr>
      </w:pPr>
    </w:p>
    <w:p w:rsidR="00B53EF4" w:rsidRDefault="00B53EF4">
      <w:pPr>
        <w:rPr>
          <w:rFonts w:ascii="Comic Sans MS" w:hAnsi="Comic Sans MS"/>
          <w:sz w:val="32"/>
          <w:szCs w:val="32"/>
        </w:rPr>
      </w:pPr>
    </w:p>
    <w:p w:rsidR="00B53EF4" w:rsidRDefault="00B53EF4">
      <w:pPr>
        <w:rPr>
          <w:rFonts w:ascii="Comic Sans MS" w:hAnsi="Comic Sans MS"/>
          <w:sz w:val="32"/>
          <w:szCs w:val="32"/>
        </w:rPr>
      </w:pPr>
    </w:p>
    <w:p w:rsidR="00B53EF4" w:rsidRDefault="00B53EF4">
      <w:pPr>
        <w:rPr>
          <w:rFonts w:ascii="Comic Sans MS" w:hAnsi="Comic Sans MS"/>
          <w:sz w:val="32"/>
          <w:szCs w:val="32"/>
        </w:rPr>
      </w:pPr>
    </w:p>
    <w:p w:rsidR="00B53EF4" w:rsidRDefault="00941380">
      <w:pPr>
        <w:rPr>
          <w:rFonts w:ascii="Comic Sans MS" w:hAnsi="Comic Sans MS"/>
          <w:sz w:val="32"/>
          <w:szCs w:val="32"/>
        </w:rPr>
      </w:pPr>
      <w:r w:rsidRPr="00B53EF4">
        <w:rPr>
          <w:rFonts w:ascii="Comic Sans MS" w:hAnsi="Comic Sans MS"/>
          <w:sz w:val="32"/>
          <w:szCs w:val="32"/>
        </w:rPr>
        <w:lastRenderedPageBreak/>
        <w:t>The adults leading our residential are:</w:t>
      </w:r>
      <w:r w:rsidRPr="00B53EF4">
        <w:rPr>
          <w:rFonts w:ascii="Comic Sans MS" w:hAnsi="Comic Sans MS"/>
          <w:sz w:val="32"/>
          <w:szCs w:val="32"/>
        </w:rPr>
        <w:br/>
      </w:r>
    </w:p>
    <w:p w:rsidR="00B53EF4" w:rsidRDefault="00B53EF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</w:t>
      </w:r>
      <w:r w:rsidRPr="00B53EF4">
        <w:rPr>
          <w:rFonts w:ascii="Comic Sans MS" w:hAnsi="Comic Sans MS"/>
          <w:sz w:val="32"/>
          <w:szCs w:val="32"/>
        </w:rPr>
        <w:drawing>
          <wp:inline distT="0" distB="0" distL="0" distR="0" wp14:anchorId="3E6D563F" wp14:editId="25639276">
            <wp:extent cx="1325880" cy="1338507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45517" cy="135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                                  </w:t>
      </w:r>
      <w:r w:rsidRPr="00B53EF4">
        <w:rPr>
          <w:rFonts w:ascii="Comic Sans MS" w:hAnsi="Comic Sans MS"/>
          <w:sz w:val="32"/>
          <w:szCs w:val="32"/>
        </w:rPr>
        <w:drawing>
          <wp:inline distT="0" distB="0" distL="0" distR="0" wp14:anchorId="4C72B36F" wp14:editId="675A8D5A">
            <wp:extent cx="1307547" cy="124587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27412" cy="126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br/>
        <w:t xml:space="preserve">      </w:t>
      </w:r>
      <w:proofErr w:type="spellStart"/>
      <w:r>
        <w:rPr>
          <w:rFonts w:ascii="Comic Sans MS" w:hAnsi="Comic Sans MS"/>
          <w:sz w:val="32"/>
          <w:szCs w:val="32"/>
        </w:rPr>
        <w:t>Mrs</w:t>
      </w:r>
      <w:proofErr w:type="spellEnd"/>
      <w:r>
        <w:rPr>
          <w:rFonts w:ascii="Comic Sans MS" w:hAnsi="Comic Sans MS"/>
          <w:sz w:val="32"/>
          <w:szCs w:val="32"/>
        </w:rPr>
        <w:t xml:space="preserve"> Irwin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  </w:t>
      </w:r>
      <w:proofErr w:type="spellStart"/>
      <w:r w:rsidRPr="00B53EF4">
        <w:rPr>
          <w:rFonts w:ascii="Comic Sans MS" w:hAnsi="Comic Sans MS"/>
          <w:sz w:val="32"/>
          <w:szCs w:val="32"/>
        </w:rPr>
        <w:t>Mrs</w:t>
      </w:r>
      <w:proofErr w:type="spellEnd"/>
      <w:r w:rsidRPr="00B53EF4">
        <w:rPr>
          <w:rFonts w:ascii="Comic Sans MS" w:hAnsi="Comic Sans MS"/>
          <w:sz w:val="32"/>
          <w:szCs w:val="32"/>
        </w:rPr>
        <w:t xml:space="preserve"> </w:t>
      </w:r>
      <w:proofErr w:type="spellStart"/>
      <w:r w:rsidRPr="00B53EF4">
        <w:rPr>
          <w:rFonts w:ascii="Comic Sans MS" w:hAnsi="Comic Sans MS"/>
          <w:sz w:val="32"/>
          <w:szCs w:val="32"/>
        </w:rPr>
        <w:t>VanRooy</w:t>
      </w:r>
      <w:proofErr w:type="spellEnd"/>
      <w:r w:rsidR="00941380" w:rsidRPr="00B53EF4">
        <w:rPr>
          <w:rFonts w:ascii="Comic Sans MS" w:hAnsi="Comic Sans MS"/>
          <w:sz w:val="32"/>
          <w:szCs w:val="32"/>
        </w:rPr>
        <w:br/>
      </w:r>
      <w:r w:rsidR="00941380" w:rsidRPr="00B53EF4">
        <w:rPr>
          <w:rFonts w:ascii="Comic Sans MS" w:hAnsi="Comic Sans MS"/>
          <w:sz w:val="32"/>
          <w:szCs w:val="32"/>
        </w:rPr>
        <w:br/>
      </w:r>
      <w:r>
        <w:rPr>
          <w:rFonts w:ascii="Comic Sans MS" w:hAnsi="Comic Sans MS"/>
          <w:sz w:val="32"/>
          <w:szCs w:val="32"/>
        </w:rPr>
        <w:t>Other staff that are coming on residential with us are:</w:t>
      </w:r>
    </w:p>
    <w:p w:rsidR="00B53EF4" w:rsidRDefault="00B53EF4">
      <w:pPr>
        <w:rPr>
          <w:rFonts w:ascii="Comic Sans MS" w:hAnsi="Comic Sans MS"/>
          <w:sz w:val="32"/>
          <w:szCs w:val="32"/>
        </w:rPr>
      </w:pPr>
      <w:r w:rsidRPr="00B53EF4">
        <w:rPr>
          <w:rFonts w:ascii="Comic Sans MS" w:hAnsi="Comic Sans MS"/>
          <w:sz w:val="32"/>
          <w:szCs w:val="32"/>
        </w:rPr>
        <w:drawing>
          <wp:inline distT="0" distB="0" distL="0" distR="0" wp14:anchorId="1F9161E2" wp14:editId="61D72F9E">
            <wp:extent cx="1043940" cy="991743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59750" cy="100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4EE">
        <w:rPr>
          <w:rFonts w:ascii="Comic Sans MS" w:hAnsi="Comic Sans MS"/>
          <w:sz w:val="32"/>
          <w:szCs w:val="32"/>
        </w:rPr>
        <w:t xml:space="preserve"> </w:t>
      </w:r>
      <w:r w:rsidR="004A24EE">
        <w:rPr>
          <w:rFonts w:ascii="Comic Sans MS" w:hAnsi="Comic Sans MS"/>
          <w:sz w:val="32"/>
          <w:szCs w:val="32"/>
        </w:rPr>
        <w:tab/>
      </w:r>
      <w:r w:rsidR="004A24EE">
        <w:rPr>
          <w:rFonts w:ascii="Comic Sans MS" w:hAnsi="Comic Sans MS"/>
          <w:sz w:val="32"/>
          <w:szCs w:val="32"/>
        </w:rPr>
        <w:tab/>
      </w:r>
      <w:r w:rsidR="002E14D6">
        <w:rPr>
          <w:rFonts w:ascii="Comic Sans MS" w:hAnsi="Comic Sans MS"/>
          <w:sz w:val="32"/>
          <w:szCs w:val="32"/>
        </w:rPr>
        <w:tab/>
      </w:r>
      <w:r w:rsidR="004A24EE" w:rsidRPr="004A24EE">
        <w:rPr>
          <w:rFonts w:ascii="Comic Sans MS" w:hAnsi="Comic Sans MS"/>
          <w:sz w:val="32"/>
          <w:szCs w:val="32"/>
        </w:rPr>
        <w:drawing>
          <wp:inline distT="0" distB="0" distL="0" distR="0" wp14:anchorId="078D8CC7" wp14:editId="2BEDB356">
            <wp:extent cx="982980" cy="972742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8364" cy="98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14D6">
        <w:rPr>
          <w:rFonts w:ascii="Comic Sans MS" w:hAnsi="Comic Sans MS"/>
          <w:sz w:val="32"/>
          <w:szCs w:val="32"/>
        </w:rPr>
        <w:t xml:space="preserve"> </w:t>
      </w:r>
      <w:r w:rsidR="002E14D6">
        <w:rPr>
          <w:rFonts w:ascii="Comic Sans MS" w:hAnsi="Comic Sans MS"/>
          <w:sz w:val="32"/>
          <w:szCs w:val="32"/>
        </w:rPr>
        <w:tab/>
        <w:t xml:space="preserve">       </w:t>
      </w:r>
      <w:r w:rsidR="002E14D6">
        <w:rPr>
          <w:rFonts w:ascii="Comic Sans MS" w:hAnsi="Comic Sans MS"/>
          <w:sz w:val="32"/>
          <w:szCs w:val="32"/>
        </w:rPr>
        <w:tab/>
      </w:r>
      <w:r w:rsidR="002E14D6" w:rsidRPr="002E14D6">
        <w:rPr>
          <w:rFonts w:ascii="Comic Sans MS" w:hAnsi="Comic Sans MS"/>
          <w:sz w:val="32"/>
          <w:szCs w:val="32"/>
        </w:rPr>
        <w:drawing>
          <wp:inline distT="0" distB="0" distL="0" distR="0" wp14:anchorId="1B2BFC7D" wp14:editId="747C915F">
            <wp:extent cx="937260" cy="9372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7349" cy="93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4EE" w:rsidRDefault="00B53EF4">
      <w:pPr>
        <w:rPr>
          <w:rFonts w:ascii="Comic Sans MS" w:hAnsi="Comic Sans MS"/>
          <w:sz w:val="32"/>
          <w:szCs w:val="32"/>
        </w:rPr>
      </w:pPr>
      <w:proofErr w:type="spellStart"/>
      <w:r>
        <w:rPr>
          <w:rFonts w:ascii="Comic Sans MS" w:hAnsi="Comic Sans MS"/>
          <w:sz w:val="32"/>
          <w:szCs w:val="32"/>
        </w:rPr>
        <w:t>Mr</w:t>
      </w:r>
      <w:proofErr w:type="spellEnd"/>
      <w:r>
        <w:rPr>
          <w:rFonts w:ascii="Comic Sans MS" w:hAnsi="Comic Sans MS"/>
          <w:sz w:val="32"/>
          <w:szCs w:val="32"/>
        </w:rPr>
        <w:t xml:space="preserve"> Gaskell</w:t>
      </w:r>
      <w:r w:rsidR="004A24EE">
        <w:rPr>
          <w:rFonts w:ascii="Comic Sans MS" w:hAnsi="Comic Sans MS"/>
          <w:sz w:val="32"/>
          <w:szCs w:val="32"/>
        </w:rPr>
        <w:tab/>
      </w:r>
      <w:r w:rsidR="004A24EE">
        <w:rPr>
          <w:rFonts w:ascii="Comic Sans MS" w:hAnsi="Comic Sans MS"/>
          <w:sz w:val="32"/>
          <w:szCs w:val="32"/>
        </w:rPr>
        <w:tab/>
      </w:r>
      <w:r w:rsidR="002E14D6">
        <w:rPr>
          <w:rFonts w:ascii="Comic Sans MS" w:hAnsi="Comic Sans MS"/>
          <w:sz w:val="32"/>
          <w:szCs w:val="32"/>
        </w:rPr>
        <w:tab/>
      </w:r>
      <w:r w:rsidR="004A24EE">
        <w:rPr>
          <w:rFonts w:ascii="Comic Sans MS" w:hAnsi="Comic Sans MS"/>
          <w:sz w:val="32"/>
          <w:szCs w:val="32"/>
        </w:rPr>
        <w:t xml:space="preserve">Miss </w:t>
      </w:r>
      <w:proofErr w:type="spellStart"/>
      <w:r w:rsidR="004A24EE">
        <w:rPr>
          <w:rFonts w:ascii="Comic Sans MS" w:hAnsi="Comic Sans MS"/>
          <w:sz w:val="32"/>
          <w:szCs w:val="32"/>
        </w:rPr>
        <w:t>Urry</w:t>
      </w:r>
      <w:proofErr w:type="spellEnd"/>
      <w:r w:rsidR="004A24EE">
        <w:rPr>
          <w:rFonts w:ascii="Comic Sans MS" w:hAnsi="Comic Sans MS"/>
          <w:sz w:val="32"/>
          <w:szCs w:val="32"/>
        </w:rPr>
        <w:tab/>
      </w:r>
      <w:r w:rsidR="004A24EE">
        <w:rPr>
          <w:rFonts w:ascii="Comic Sans MS" w:hAnsi="Comic Sans MS"/>
          <w:sz w:val="32"/>
          <w:szCs w:val="32"/>
        </w:rPr>
        <w:tab/>
      </w:r>
      <w:proofErr w:type="spellStart"/>
      <w:r w:rsidR="004A24EE">
        <w:rPr>
          <w:rFonts w:ascii="Comic Sans MS" w:hAnsi="Comic Sans MS"/>
          <w:sz w:val="32"/>
          <w:szCs w:val="32"/>
        </w:rPr>
        <w:t>Mrs</w:t>
      </w:r>
      <w:proofErr w:type="spellEnd"/>
      <w:r w:rsidR="004A24EE">
        <w:rPr>
          <w:rFonts w:ascii="Comic Sans MS" w:hAnsi="Comic Sans MS"/>
          <w:sz w:val="32"/>
          <w:szCs w:val="32"/>
        </w:rPr>
        <w:t xml:space="preserve"> Sweeney</w:t>
      </w:r>
    </w:p>
    <w:p w:rsidR="004A24EE" w:rsidRDefault="002E14D6" w:rsidP="002E14D6">
      <w:pPr>
        <w:rPr>
          <w:rFonts w:ascii="Comic Sans MS" w:hAnsi="Comic Sans MS"/>
          <w:sz w:val="32"/>
          <w:szCs w:val="32"/>
        </w:rPr>
      </w:pPr>
      <w:r>
        <w:rPr>
          <w:noProof/>
          <w:lang w:val="en-GB" w:eastAsia="en-GB"/>
        </w:rPr>
        <w:t xml:space="preserve">       </w:t>
      </w:r>
      <w:r w:rsidRPr="002E14D6">
        <w:rPr>
          <w:noProof/>
          <w:lang w:val="en-GB" w:eastAsia="en-GB"/>
        </w:rPr>
        <w:drawing>
          <wp:inline distT="0" distB="0" distL="0" distR="0" wp14:anchorId="16AA61CE" wp14:editId="28F24ED7">
            <wp:extent cx="929640" cy="969625"/>
            <wp:effectExtent l="0" t="0" r="381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41039" cy="98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tab/>
      </w:r>
      <w:r>
        <w:rPr>
          <w:noProof/>
          <w:lang w:val="en-GB" w:eastAsia="en-GB"/>
        </w:rPr>
        <w:tab/>
        <w:t xml:space="preserve">          </w:t>
      </w:r>
      <w:r w:rsidRPr="002E14D6">
        <w:rPr>
          <w:noProof/>
          <w:lang w:val="en-GB" w:eastAsia="en-GB"/>
        </w:rPr>
        <w:t xml:space="preserve"> </w:t>
      </w:r>
      <w:r w:rsidR="004A24EE" w:rsidRPr="004A24EE">
        <w:rPr>
          <w:rFonts w:ascii="Comic Sans MS" w:hAnsi="Comic Sans MS"/>
          <w:sz w:val="32"/>
          <w:szCs w:val="32"/>
        </w:rPr>
        <w:drawing>
          <wp:inline distT="0" distB="0" distL="0" distR="0" wp14:anchorId="2BEE7817" wp14:editId="6980B60E">
            <wp:extent cx="1066800" cy="111318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83532" cy="113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4EE" w:rsidRPr="004A24EE">
        <w:rPr>
          <w:noProof/>
          <w:lang w:val="en-GB" w:eastAsia="en-GB"/>
        </w:rPr>
        <w:t xml:space="preserve"> </w:t>
      </w:r>
      <w:r w:rsidR="004A24EE">
        <w:rPr>
          <w:noProof/>
          <w:lang w:val="en-GB" w:eastAsia="en-GB"/>
        </w:rPr>
        <w:tab/>
      </w:r>
      <w:r w:rsidR="004A24EE">
        <w:rPr>
          <w:noProof/>
          <w:lang w:val="en-GB" w:eastAsia="en-GB"/>
        </w:rPr>
        <w:tab/>
      </w:r>
      <w:r w:rsidR="004A24EE" w:rsidRPr="004A24EE">
        <w:rPr>
          <w:rFonts w:ascii="Comic Sans MS" w:hAnsi="Comic Sans MS"/>
          <w:sz w:val="32"/>
          <w:szCs w:val="32"/>
        </w:rPr>
        <w:drawing>
          <wp:inline distT="0" distB="0" distL="0" distR="0" wp14:anchorId="243AF8BB" wp14:editId="2AEBC1E8">
            <wp:extent cx="982980" cy="982980"/>
            <wp:effectExtent l="0" t="0" r="762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83074" cy="98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4EE" w:rsidRDefault="004A24EE">
      <w:pPr>
        <w:rPr>
          <w:rFonts w:ascii="Comic Sans MS" w:hAnsi="Comic Sans MS"/>
          <w:sz w:val="32"/>
          <w:szCs w:val="32"/>
        </w:rPr>
      </w:pPr>
      <w:proofErr w:type="spellStart"/>
      <w:r>
        <w:rPr>
          <w:rFonts w:ascii="Comic Sans MS" w:hAnsi="Comic Sans MS"/>
          <w:sz w:val="32"/>
          <w:szCs w:val="32"/>
        </w:rPr>
        <w:t>Mrs</w:t>
      </w:r>
      <w:proofErr w:type="spellEnd"/>
      <w:r>
        <w:rPr>
          <w:rFonts w:ascii="Comic Sans MS" w:hAnsi="Comic Sans MS"/>
          <w:sz w:val="32"/>
          <w:szCs w:val="32"/>
        </w:rPr>
        <w:t xml:space="preserve"> Fitzpatrick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proofErr w:type="spellStart"/>
      <w:r>
        <w:rPr>
          <w:rFonts w:ascii="Comic Sans MS" w:hAnsi="Comic Sans MS"/>
          <w:sz w:val="32"/>
          <w:szCs w:val="32"/>
        </w:rPr>
        <w:t>Ms</w:t>
      </w:r>
      <w:proofErr w:type="spellEnd"/>
      <w:r>
        <w:rPr>
          <w:rFonts w:ascii="Comic Sans MS" w:hAnsi="Comic Sans MS"/>
          <w:sz w:val="32"/>
          <w:szCs w:val="32"/>
        </w:rPr>
        <w:t xml:space="preserve"> White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proofErr w:type="spellStart"/>
      <w:r>
        <w:rPr>
          <w:rFonts w:ascii="Comic Sans MS" w:hAnsi="Comic Sans MS"/>
          <w:sz w:val="32"/>
          <w:szCs w:val="32"/>
        </w:rPr>
        <w:t>Mrs</w:t>
      </w:r>
      <w:proofErr w:type="spellEnd"/>
      <w:r>
        <w:rPr>
          <w:rFonts w:ascii="Comic Sans MS" w:hAnsi="Comic Sans MS"/>
          <w:sz w:val="32"/>
          <w:szCs w:val="32"/>
        </w:rPr>
        <w:t xml:space="preserve"> Davies</w:t>
      </w:r>
      <w:r>
        <w:rPr>
          <w:rFonts w:ascii="Comic Sans MS" w:hAnsi="Comic Sans MS"/>
          <w:sz w:val="32"/>
          <w:szCs w:val="32"/>
        </w:rPr>
        <w:tab/>
      </w:r>
    </w:p>
    <w:p w:rsidR="004A24EE" w:rsidRDefault="004A24EE">
      <w:pPr>
        <w:rPr>
          <w:rFonts w:ascii="Comic Sans MS" w:hAnsi="Comic Sans MS"/>
          <w:sz w:val="32"/>
          <w:szCs w:val="32"/>
        </w:rPr>
      </w:pPr>
      <w:r w:rsidRPr="004A24EE">
        <w:rPr>
          <w:rFonts w:ascii="Comic Sans MS" w:hAnsi="Comic Sans MS"/>
          <w:sz w:val="32"/>
          <w:szCs w:val="32"/>
        </w:rPr>
        <w:drawing>
          <wp:inline distT="0" distB="0" distL="0" distR="0" wp14:anchorId="76B12E88" wp14:editId="25FD8409">
            <wp:extent cx="1043940" cy="1043940"/>
            <wp:effectExtent l="0" t="0" r="381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44036" cy="104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14D6">
        <w:rPr>
          <w:rFonts w:ascii="Comic Sans MS" w:hAnsi="Comic Sans MS"/>
          <w:sz w:val="32"/>
          <w:szCs w:val="32"/>
        </w:rPr>
        <w:t xml:space="preserve"> </w:t>
      </w:r>
      <w:r w:rsidR="002E14D6">
        <w:rPr>
          <w:rFonts w:ascii="Comic Sans MS" w:hAnsi="Comic Sans MS"/>
          <w:sz w:val="32"/>
          <w:szCs w:val="32"/>
        </w:rPr>
        <w:tab/>
      </w:r>
      <w:r w:rsidR="002E14D6">
        <w:rPr>
          <w:rFonts w:ascii="Comic Sans MS" w:hAnsi="Comic Sans MS"/>
          <w:sz w:val="32"/>
          <w:szCs w:val="32"/>
        </w:rPr>
        <w:tab/>
        <w:t xml:space="preserve">      </w:t>
      </w:r>
      <w:r w:rsidR="002E14D6" w:rsidRPr="002E14D6">
        <w:rPr>
          <w:rFonts w:ascii="Comic Sans MS" w:hAnsi="Comic Sans MS"/>
          <w:sz w:val="32"/>
          <w:szCs w:val="32"/>
        </w:rPr>
        <w:drawing>
          <wp:inline distT="0" distB="0" distL="0" distR="0" wp14:anchorId="6B2A09BE" wp14:editId="00AF17B1">
            <wp:extent cx="990600" cy="990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90690" cy="99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14D6">
        <w:rPr>
          <w:rFonts w:ascii="Comic Sans MS" w:hAnsi="Comic Sans MS"/>
          <w:sz w:val="32"/>
          <w:szCs w:val="32"/>
        </w:rPr>
        <w:tab/>
      </w:r>
      <w:r w:rsidR="002E14D6">
        <w:rPr>
          <w:rFonts w:ascii="Comic Sans MS" w:hAnsi="Comic Sans MS"/>
          <w:sz w:val="32"/>
          <w:szCs w:val="32"/>
        </w:rPr>
        <w:tab/>
      </w:r>
      <w:r w:rsidR="002E14D6">
        <w:rPr>
          <w:rFonts w:ascii="Comic Sans MS" w:hAnsi="Comic Sans MS"/>
          <w:sz w:val="32"/>
          <w:szCs w:val="32"/>
        </w:rPr>
        <w:tab/>
        <w:t xml:space="preserve"> </w:t>
      </w:r>
      <w:r w:rsidRPr="004A24EE">
        <w:rPr>
          <w:rFonts w:ascii="Comic Sans MS" w:hAnsi="Comic Sans MS"/>
          <w:sz w:val="32"/>
          <w:szCs w:val="32"/>
        </w:rPr>
        <w:drawing>
          <wp:inline distT="0" distB="0" distL="0" distR="0" wp14:anchorId="04FD99E4" wp14:editId="53E97B62">
            <wp:extent cx="1021080" cy="1010102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40714" cy="10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4EE" w:rsidRDefault="002E14D6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Miss Taylor</w:t>
      </w:r>
      <w:r>
        <w:rPr>
          <w:rFonts w:ascii="Comic Sans MS" w:hAnsi="Comic Sans MS"/>
          <w:sz w:val="32"/>
          <w:szCs w:val="32"/>
        </w:rPr>
        <w:tab/>
        <w:t xml:space="preserve">           </w:t>
      </w:r>
      <w:proofErr w:type="spellStart"/>
      <w:r>
        <w:rPr>
          <w:rFonts w:ascii="Comic Sans MS" w:hAnsi="Comic Sans MS"/>
          <w:sz w:val="32"/>
          <w:szCs w:val="32"/>
        </w:rPr>
        <w:t>Mrs</w:t>
      </w:r>
      <w:proofErr w:type="spellEnd"/>
      <w:r>
        <w:rPr>
          <w:rFonts w:ascii="Comic Sans MS" w:hAnsi="Comic Sans MS"/>
          <w:sz w:val="32"/>
          <w:szCs w:val="32"/>
        </w:rPr>
        <w:t xml:space="preserve"> Chapman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="004A24EE">
        <w:rPr>
          <w:rFonts w:ascii="Comic Sans MS" w:hAnsi="Comic Sans MS"/>
          <w:sz w:val="32"/>
          <w:szCs w:val="32"/>
        </w:rPr>
        <w:t>Miss McElroy</w:t>
      </w:r>
    </w:p>
    <w:p w:rsidR="004A24EE" w:rsidRDefault="004A24EE">
      <w:pPr>
        <w:rPr>
          <w:rFonts w:ascii="Comic Sans MS" w:hAnsi="Comic Sans MS"/>
          <w:sz w:val="32"/>
          <w:szCs w:val="32"/>
        </w:rPr>
      </w:pPr>
      <w:r w:rsidRPr="004A24EE">
        <w:rPr>
          <w:rFonts w:ascii="Comic Sans MS" w:hAnsi="Comic Sans MS"/>
          <w:sz w:val="32"/>
          <w:szCs w:val="32"/>
        </w:rPr>
        <w:lastRenderedPageBreak/>
        <w:drawing>
          <wp:inline distT="0" distB="0" distL="0" distR="0" wp14:anchorId="60B910F5" wp14:editId="1399FE30">
            <wp:extent cx="990600" cy="96088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00513" cy="97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ab/>
      </w:r>
      <w:r w:rsidR="002E14D6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4A24EE">
        <w:rPr>
          <w:rFonts w:ascii="Comic Sans MS" w:hAnsi="Comic Sans MS"/>
          <w:sz w:val="32"/>
          <w:szCs w:val="32"/>
        </w:rPr>
        <w:drawing>
          <wp:inline distT="0" distB="0" distL="0" distR="0" wp14:anchorId="327034F0" wp14:editId="385E5FAB">
            <wp:extent cx="914400" cy="964096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23363" cy="97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14D6">
        <w:rPr>
          <w:rFonts w:ascii="Comic Sans MS" w:hAnsi="Comic Sans MS"/>
          <w:sz w:val="32"/>
          <w:szCs w:val="32"/>
        </w:rPr>
        <w:tab/>
      </w:r>
      <w:r w:rsidR="002E14D6">
        <w:rPr>
          <w:rFonts w:ascii="Comic Sans MS" w:hAnsi="Comic Sans MS"/>
          <w:sz w:val="32"/>
          <w:szCs w:val="32"/>
        </w:rPr>
        <w:tab/>
        <w:t xml:space="preserve">  </w:t>
      </w:r>
      <w:r w:rsidR="002E14D6" w:rsidRPr="002E14D6">
        <w:rPr>
          <w:rFonts w:ascii="Comic Sans MS" w:hAnsi="Comic Sans MS"/>
          <w:sz w:val="32"/>
          <w:szCs w:val="32"/>
        </w:rPr>
        <w:drawing>
          <wp:inline distT="0" distB="0" distL="0" distR="0" wp14:anchorId="2E8F313A" wp14:editId="020E1C88">
            <wp:extent cx="923925" cy="9144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30253" cy="92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4EE" w:rsidRDefault="004A24EE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Miss Wright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="002E14D6">
        <w:rPr>
          <w:rFonts w:ascii="Comic Sans MS" w:hAnsi="Comic Sans MS"/>
          <w:sz w:val="32"/>
          <w:szCs w:val="32"/>
        </w:rPr>
        <w:tab/>
      </w:r>
      <w:proofErr w:type="spellStart"/>
      <w:r>
        <w:rPr>
          <w:rFonts w:ascii="Comic Sans MS" w:hAnsi="Comic Sans MS"/>
          <w:sz w:val="32"/>
          <w:szCs w:val="32"/>
        </w:rPr>
        <w:t>Mrs</w:t>
      </w:r>
      <w:proofErr w:type="spellEnd"/>
      <w:r>
        <w:rPr>
          <w:rFonts w:ascii="Comic Sans MS" w:hAnsi="Comic Sans MS"/>
          <w:sz w:val="32"/>
          <w:szCs w:val="32"/>
        </w:rPr>
        <w:t xml:space="preserve"> Green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proofErr w:type="spellStart"/>
      <w:r>
        <w:rPr>
          <w:rFonts w:ascii="Comic Sans MS" w:hAnsi="Comic Sans MS"/>
          <w:sz w:val="32"/>
          <w:szCs w:val="32"/>
        </w:rPr>
        <w:t>Mrs</w:t>
      </w:r>
      <w:proofErr w:type="spellEnd"/>
      <w:r>
        <w:rPr>
          <w:rFonts w:ascii="Comic Sans MS" w:hAnsi="Comic Sans MS"/>
          <w:sz w:val="32"/>
          <w:szCs w:val="32"/>
        </w:rPr>
        <w:t xml:space="preserve"> </w:t>
      </w:r>
      <w:proofErr w:type="spellStart"/>
      <w:r>
        <w:rPr>
          <w:rFonts w:ascii="Comic Sans MS" w:hAnsi="Comic Sans MS"/>
          <w:sz w:val="32"/>
          <w:szCs w:val="32"/>
        </w:rPr>
        <w:t>Dumican</w:t>
      </w:r>
      <w:proofErr w:type="spellEnd"/>
    </w:p>
    <w:p w:rsidR="004A24EE" w:rsidRDefault="002E14D6" w:rsidP="002E14D6">
      <w:pPr>
        <w:rPr>
          <w:rFonts w:ascii="Comic Sans MS" w:hAnsi="Comic Sans MS"/>
          <w:sz w:val="32"/>
          <w:szCs w:val="32"/>
        </w:rPr>
      </w:pPr>
      <w:r w:rsidRPr="002E14D6">
        <w:rPr>
          <w:rFonts w:ascii="Comic Sans MS" w:hAnsi="Comic Sans MS"/>
          <w:sz w:val="32"/>
          <w:szCs w:val="32"/>
        </w:rPr>
        <w:drawing>
          <wp:inline distT="0" distB="0" distL="0" distR="0" wp14:anchorId="3B5595E0" wp14:editId="4F296A1A">
            <wp:extent cx="982980" cy="963320"/>
            <wp:effectExtent l="0" t="0" r="762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00738" cy="98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2E14D6">
        <w:rPr>
          <w:rFonts w:ascii="Comic Sans MS" w:hAnsi="Comic Sans MS"/>
          <w:sz w:val="32"/>
          <w:szCs w:val="32"/>
        </w:rPr>
        <w:t xml:space="preserve"> </w:t>
      </w:r>
      <w:r w:rsidR="004A24EE" w:rsidRPr="004A24EE">
        <w:rPr>
          <w:rFonts w:ascii="Comic Sans MS" w:hAnsi="Comic Sans MS"/>
          <w:sz w:val="32"/>
          <w:szCs w:val="32"/>
        </w:rPr>
        <w:drawing>
          <wp:inline distT="0" distB="0" distL="0" distR="0" wp14:anchorId="1144592A" wp14:editId="0C332316">
            <wp:extent cx="1005840" cy="953993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19654" cy="96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4EE">
        <w:rPr>
          <w:rFonts w:ascii="Comic Sans MS" w:hAnsi="Comic Sans MS"/>
          <w:sz w:val="32"/>
          <w:szCs w:val="32"/>
        </w:rPr>
        <w:t xml:space="preserve"> </w:t>
      </w:r>
      <w:r w:rsidR="004A24EE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 xml:space="preserve">       </w:t>
      </w:r>
      <w:r w:rsidR="004A24EE">
        <w:rPr>
          <w:rFonts w:ascii="Comic Sans MS" w:hAnsi="Comic Sans MS"/>
          <w:sz w:val="32"/>
          <w:szCs w:val="32"/>
        </w:rPr>
        <w:tab/>
      </w:r>
      <w:r w:rsidR="004A24EE" w:rsidRPr="004A24EE">
        <w:rPr>
          <w:rFonts w:ascii="Comic Sans MS" w:hAnsi="Comic Sans MS"/>
          <w:sz w:val="32"/>
          <w:szCs w:val="32"/>
        </w:rPr>
        <w:drawing>
          <wp:inline distT="0" distB="0" distL="0" distR="0" wp14:anchorId="692BB50C" wp14:editId="26749C9D">
            <wp:extent cx="960120" cy="92980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71164" cy="94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604" w:rsidRPr="00B53EF4" w:rsidRDefault="004A24EE" w:rsidP="002E14D6">
      <w:pPr>
        <w:rPr>
          <w:rFonts w:ascii="Comic Sans MS" w:hAnsi="Comic Sans MS"/>
          <w:sz w:val="32"/>
          <w:szCs w:val="32"/>
        </w:rPr>
      </w:pPr>
      <w:proofErr w:type="spellStart"/>
      <w:r>
        <w:rPr>
          <w:rFonts w:ascii="Comic Sans MS" w:hAnsi="Comic Sans MS"/>
          <w:sz w:val="32"/>
          <w:szCs w:val="32"/>
        </w:rPr>
        <w:t>Mrs</w:t>
      </w:r>
      <w:proofErr w:type="spellEnd"/>
      <w:r>
        <w:rPr>
          <w:rFonts w:ascii="Comic Sans MS" w:hAnsi="Comic Sans MS"/>
          <w:sz w:val="32"/>
          <w:szCs w:val="32"/>
        </w:rPr>
        <w:t xml:space="preserve"> Gorman</w:t>
      </w:r>
      <w:r>
        <w:rPr>
          <w:rFonts w:ascii="Comic Sans MS" w:hAnsi="Comic Sans MS"/>
          <w:sz w:val="32"/>
          <w:szCs w:val="32"/>
        </w:rPr>
        <w:tab/>
      </w:r>
      <w:r w:rsidR="002E14D6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proofErr w:type="spellStart"/>
      <w:r>
        <w:rPr>
          <w:rFonts w:ascii="Comic Sans MS" w:hAnsi="Comic Sans MS"/>
          <w:sz w:val="32"/>
          <w:szCs w:val="32"/>
        </w:rPr>
        <w:t>Mrs</w:t>
      </w:r>
      <w:proofErr w:type="spellEnd"/>
      <w:r>
        <w:rPr>
          <w:rFonts w:ascii="Comic Sans MS" w:hAnsi="Comic Sans MS"/>
          <w:sz w:val="32"/>
          <w:szCs w:val="32"/>
        </w:rPr>
        <w:t xml:space="preserve"> Taylor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proofErr w:type="spellStart"/>
      <w:r>
        <w:rPr>
          <w:rFonts w:ascii="Comic Sans MS" w:hAnsi="Comic Sans MS"/>
          <w:sz w:val="32"/>
          <w:szCs w:val="32"/>
        </w:rPr>
        <w:t>Mrs</w:t>
      </w:r>
      <w:proofErr w:type="spellEnd"/>
      <w:r>
        <w:rPr>
          <w:rFonts w:ascii="Comic Sans MS" w:hAnsi="Comic Sans MS"/>
          <w:sz w:val="32"/>
          <w:szCs w:val="32"/>
        </w:rPr>
        <w:t xml:space="preserve"> Lothrop</w:t>
      </w:r>
      <w:r w:rsidR="00941380" w:rsidRPr="00B53EF4">
        <w:rPr>
          <w:rFonts w:ascii="Comic Sans MS" w:hAnsi="Comic Sans MS"/>
          <w:sz w:val="32"/>
          <w:szCs w:val="32"/>
        </w:rPr>
        <w:br/>
      </w:r>
      <w:r w:rsidR="00941380" w:rsidRPr="00B53EF4">
        <w:rPr>
          <w:rFonts w:ascii="Comic Sans MS" w:hAnsi="Comic Sans MS"/>
          <w:sz w:val="32"/>
          <w:szCs w:val="32"/>
        </w:rPr>
        <w:br/>
        <w:t>They will help to keep me safe and happy.</w:t>
      </w:r>
    </w:p>
    <w:p w:rsidR="007C7604" w:rsidRPr="00B53EF4" w:rsidRDefault="00941380">
      <w:pPr>
        <w:rPr>
          <w:rFonts w:ascii="Comic Sans MS" w:hAnsi="Comic Sans MS"/>
          <w:sz w:val="32"/>
          <w:szCs w:val="32"/>
        </w:rPr>
      </w:pPr>
      <w:r w:rsidRPr="00B53EF4">
        <w:rPr>
          <w:rFonts w:ascii="Comic Sans MS" w:hAnsi="Comic Sans MS"/>
          <w:sz w:val="32"/>
          <w:szCs w:val="32"/>
        </w:rPr>
        <w:br w:type="page"/>
      </w:r>
    </w:p>
    <w:p w:rsidR="007C7604" w:rsidRPr="006847FF" w:rsidRDefault="00941380">
      <w:pPr>
        <w:pStyle w:val="Heading2"/>
        <w:rPr>
          <w:rFonts w:ascii="Comic Sans MS" w:hAnsi="Comic Sans MS"/>
          <w:color w:val="auto"/>
          <w:sz w:val="32"/>
          <w:szCs w:val="32"/>
          <w:u w:val="single"/>
        </w:rPr>
      </w:pPr>
      <w:r w:rsidRPr="006847FF">
        <w:rPr>
          <w:rFonts w:ascii="Comic Sans MS" w:hAnsi="Comic Sans MS"/>
          <w:color w:val="auto"/>
          <w:sz w:val="32"/>
          <w:szCs w:val="32"/>
          <w:u w:val="single"/>
        </w:rPr>
        <w:lastRenderedPageBreak/>
        <w:t>Getting Ready to Go</w:t>
      </w:r>
    </w:p>
    <w:p w:rsidR="006847FF" w:rsidRDefault="00941380">
      <w:pPr>
        <w:rPr>
          <w:rFonts w:ascii="Comic Sans MS" w:hAnsi="Comic Sans MS"/>
          <w:sz w:val="32"/>
          <w:szCs w:val="32"/>
        </w:rPr>
      </w:pPr>
      <w:r w:rsidRPr="00B53EF4">
        <w:rPr>
          <w:rFonts w:ascii="Comic Sans MS" w:hAnsi="Comic Sans MS"/>
          <w:sz w:val="32"/>
          <w:szCs w:val="32"/>
        </w:rPr>
        <w:t>I am going on residential to Bendrigg Trust on Wednesday 25th February.</w:t>
      </w:r>
    </w:p>
    <w:p w:rsidR="007C7604" w:rsidRDefault="00941380" w:rsidP="006847FF">
      <w:pPr>
        <w:rPr>
          <w:rFonts w:ascii="Comic Sans MS" w:hAnsi="Comic Sans MS"/>
          <w:sz w:val="32"/>
          <w:szCs w:val="32"/>
        </w:rPr>
      </w:pPr>
      <w:r w:rsidRPr="00B53EF4">
        <w:rPr>
          <w:rFonts w:ascii="Comic Sans MS" w:hAnsi="Comic Sans MS"/>
          <w:sz w:val="32"/>
          <w:szCs w:val="32"/>
        </w:rPr>
        <w:br/>
        <w:t>On this day, I will bring my belongings to school with me.</w:t>
      </w:r>
      <w:r w:rsidRPr="00B53EF4">
        <w:rPr>
          <w:rFonts w:ascii="Comic Sans MS" w:hAnsi="Comic Sans MS"/>
          <w:sz w:val="32"/>
          <w:szCs w:val="32"/>
        </w:rPr>
        <w:br/>
        <w:t>My teachers will help me make sure I have everything I need.</w:t>
      </w:r>
      <w:r w:rsidRPr="00B53EF4">
        <w:rPr>
          <w:rFonts w:ascii="Comic Sans MS" w:hAnsi="Comic Sans MS"/>
          <w:sz w:val="32"/>
          <w:szCs w:val="32"/>
        </w:rPr>
        <w:br/>
      </w:r>
      <w:r w:rsidRPr="00B53EF4">
        <w:rPr>
          <w:rFonts w:ascii="Comic Sans MS" w:hAnsi="Comic Sans MS"/>
          <w:sz w:val="32"/>
          <w:szCs w:val="32"/>
        </w:rPr>
        <w:br/>
      </w:r>
      <w:r w:rsidR="006847FF">
        <w:rPr>
          <w:rFonts w:ascii="Comic Sans MS" w:hAnsi="Comic Sans MS"/>
          <w:sz w:val="32"/>
          <w:szCs w:val="32"/>
        </w:rPr>
        <w:t xml:space="preserve">                    </w:t>
      </w:r>
      <w:r w:rsidR="006847FF" w:rsidRPr="006847FF">
        <w:rPr>
          <w:rFonts w:ascii="Comic Sans MS" w:hAnsi="Comic Sans MS"/>
          <w:sz w:val="32"/>
          <w:szCs w:val="32"/>
        </w:rPr>
        <w:drawing>
          <wp:inline distT="0" distB="0" distL="0" distR="0" wp14:anchorId="00038903" wp14:editId="742B1C84">
            <wp:extent cx="3368040" cy="2285850"/>
            <wp:effectExtent l="0" t="0" r="381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88684" cy="229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7FF" w:rsidRDefault="006847FF" w:rsidP="006847FF">
      <w:pPr>
        <w:rPr>
          <w:rFonts w:ascii="Comic Sans MS" w:hAnsi="Comic Sans MS"/>
          <w:sz w:val="32"/>
          <w:szCs w:val="32"/>
        </w:rPr>
      </w:pPr>
    </w:p>
    <w:p w:rsidR="006847FF" w:rsidRPr="00B53EF4" w:rsidRDefault="006847FF" w:rsidP="006847F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       </w:t>
      </w:r>
      <w:r w:rsidRPr="006847FF">
        <w:rPr>
          <w:rFonts w:ascii="Comic Sans MS" w:hAnsi="Comic Sans MS"/>
          <w:sz w:val="32"/>
          <w:szCs w:val="32"/>
        </w:rPr>
        <w:drawing>
          <wp:inline distT="0" distB="0" distL="0" distR="0" wp14:anchorId="148779E1" wp14:editId="489D0F02">
            <wp:extent cx="2476500" cy="24765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76715" cy="247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604" w:rsidRPr="005409D7" w:rsidRDefault="00941380" w:rsidP="005409D7">
      <w:pPr>
        <w:rPr>
          <w:rFonts w:ascii="Comic Sans MS" w:hAnsi="Comic Sans MS"/>
          <w:b/>
          <w:sz w:val="32"/>
          <w:szCs w:val="32"/>
          <w:u w:val="single"/>
        </w:rPr>
      </w:pPr>
      <w:r w:rsidRPr="00B53EF4">
        <w:rPr>
          <w:rFonts w:ascii="Comic Sans MS" w:hAnsi="Comic Sans MS"/>
          <w:sz w:val="32"/>
          <w:szCs w:val="32"/>
        </w:rPr>
        <w:br w:type="page"/>
      </w:r>
      <w:r w:rsidRPr="005409D7">
        <w:rPr>
          <w:rFonts w:ascii="Comic Sans MS" w:hAnsi="Comic Sans MS"/>
          <w:b/>
          <w:sz w:val="32"/>
          <w:szCs w:val="32"/>
          <w:u w:val="single"/>
        </w:rPr>
        <w:lastRenderedPageBreak/>
        <w:t xml:space="preserve">Travelling to </w:t>
      </w:r>
      <w:proofErr w:type="spellStart"/>
      <w:r w:rsidRPr="005409D7">
        <w:rPr>
          <w:rFonts w:ascii="Comic Sans MS" w:hAnsi="Comic Sans MS"/>
          <w:b/>
          <w:sz w:val="32"/>
          <w:szCs w:val="32"/>
          <w:u w:val="single"/>
        </w:rPr>
        <w:t>Bendrigg</w:t>
      </w:r>
      <w:proofErr w:type="spellEnd"/>
    </w:p>
    <w:p w:rsidR="007C7604" w:rsidRPr="00B53EF4" w:rsidRDefault="00941380">
      <w:pPr>
        <w:rPr>
          <w:rFonts w:ascii="Comic Sans MS" w:hAnsi="Comic Sans MS"/>
          <w:sz w:val="32"/>
          <w:szCs w:val="32"/>
        </w:rPr>
      </w:pPr>
      <w:r w:rsidRPr="00B53EF4">
        <w:rPr>
          <w:rFonts w:ascii="Comic Sans MS" w:hAnsi="Comic Sans MS"/>
          <w:sz w:val="32"/>
          <w:szCs w:val="32"/>
        </w:rPr>
        <w:t>We will travel to Bendrigg in the school minibuses.</w:t>
      </w:r>
      <w:r w:rsidRPr="00B53EF4">
        <w:rPr>
          <w:rFonts w:ascii="Comic Sans MS" w:hAnsi="Comic Sans MS"/>
          <w:sz w:val="32"/>
          <w:szCs w:val="32"/>
        </w:rPr>
        <w:br/>
        <w:t>I will travel with my friends and teachers.</w:t>
      </w:r>
      <w:r w:rsidRPr="00B53EF4">
        <w:rPr>
          <w:rFonts w:ascii="Comic Sans MS" w:hAnsi="Comic Sans MS"/>
          <w:sz w:val="32"/>
          <w:szCs w:val="32"/>
        </w:rPr>
        <w:br/>
        <w:t>If I feel worried, I can talk to an adult.</w:t>
      </w:r>
      <w:r w:rsidRPr="00B53EF4">
        <w:rPr>
          <w:rFonts w:ascii="Comic Sans MS" w:hAnsi="Comic Sans MS"/>
          <w:sz w:val="32"/>
          <w:szCs w:val="32"/>
        </w:rPr>
        <w:br/>
      </w:r>
      <w:r w:rsidRPr="00B53EF4">
        <w:rPr>
          <w:rFonts w:ascii="Comic Sans MS" w:hAnsi="Comic Sans MS"/>
          <w:sz w:val="32"/>
          <w:szCs w:val="32"/>
        </w:rPr>
        <w:br/>
      </w:r>
      <w:r w:rsidR="005409D7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>
            <wp:extent cx="5090160" cy="369733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578" cy="370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604" w:rsidRPr="00B53EF4" w:rsidRDefault="00941380">
      <w:pPr>
        <w:rPr>
          <w:rFonts w:ascii="Comic Sans MS" w:hAnsi="Comic Sans MS"/>
          <w:sz w:val="32"/>
          <w:szCs w:val="32"/>
        </w:rPr>
      </w:pPr>
      <w:r w:rsidRPr="00B53EF4">
        <w:rPr>
          <w:rFonts w:ascii="Comic Sans MS" w:hAnsi="Comic Sans MS"/>
          <w:sz w:val="32"/>
          <w:szCs w:val="32"/>
        </w:rPr>
        <w:br w:type="page"/>
      </w:r>
    </w:p>
    <w:p w:rsidR="007C7604" w:rsidRPr="004B1BEE" w:rsidRDefault="00941380">
      <w:pPr>
        <w:pStyle w:val="Heading2"/>
        <w:rPr>
          <w:rFonts w:ascii="Comic Sans MS" w:hAnsi="Comic Sans MS"/>
          <w:color w:val="auto"/>
          <w:sz w:val="32"/>
          <w:szCs w:val="32"/>
          <w:u w:val="single"/>
        </w:rPr>
      </w:pPr>
      <w:r w:rsidRPr="004B1BEE">
        <w:rPr>
          <w:rFonts w:ascii="Comic Sans MS" w:hAnsi="Comic Sans MS"/>
          <w:color w:val="auto"/>
          <w:sz w:val="32"/>
          <w:szCs w:val="32"/>
          <w:u w:val="single"/>
        </w:rPr>
        <w:lastRenderedPageBreak/>
        <w:t>Arriving at Bendrigg</w:t>
      </w:r>
    </w:p>
    <w:p w:rsidR="007C7604" w:rsidRPr="00B53EF4" w:rsidRDefault="00941380">
      <w:pPr>
        <w:rPr>
          <w:rFonts w:ascii="Comic Sans MS" w:hAnsi="Comic Sans MS"/>
          <w:sz w:val="32"/>
          <w:szCs w:val="32"/>
        </w:rPr>
      </w:pPr>
      <w:r w:rsidRPr="00B53EF4">
        <w:rPr>
          <w:rFonts w:ascii="Comic Sans MS" w:hAnsi="Comic Sans MS"/>
          <w:sz w:val="32"/>
          <w:szCs w:val="32"/>
        </w:rPr>
        <w:t>When we arrive, we will be shown to our rooms.</w:t>
      </w:r>
      <w:r w:rsidRPr="00B53EF4">
        <w:rPr>
          <w:rFonts w:ascii="Comic Sans MS" w:hAnsi="Comic Sans MS"/>
          <w:sz w:val="32"/>
          <w:szCs w:val="32"/>
        </w:rPr>
        <w:br/>
        <w:t>An adult will help me make my bed.</w:t>
      </w:r>
      <w:r w:rsidRPr="00B53EF4">
        <w:rPr>
          <w:rFonts w:ascii="Comic Sans MS" w:hAnsi="Comic Sans MS"/>
          <w:sz w:val="32"/>
          <w:szCs w:val="32"/>
        </w:rPr>
        <w:br/>
      </w:r>
      <w:r w:rsidRPr="00B53EF4">
        <w:rPr>
          <w:rFonts w:ascii="Comic Sans MS" w:hAnsi="Comic Sans MS"/>
          <w:sz w:val="32"/>
          <w:szCs w:val="32"/>
        </w:rPr>
        <w:br/>
      </w:r>
      <w:r w:rsidR="004B1BEE">
        <w:rPr>
          <w:rFonts w:ascii="Comic Sans MS" w:hAnsi="Comic Sans MS"/>
          <w:sz w:val="32"/>
          <w:szCs w:val="32"/>
        </w:rPr>
        <w:t xml:space="preserve">             </w:t>
      </w:r>
      <w:r w:rsidR="004B1BEE" w:rsidRPr="004B1BEE">
        <w:rPr>
          <w:rFonts w:ascii="Comic Sans MS" w:hAnsi="Comic Sans MS"/>
          <w:sz w:val="32"/>
          <w:szCs w:val="32"/>
        </w:rPr>
        <w:drawing>
          <wp:inline distT="0" distB="0" distL="0" distR="0" wp14:anchorId="64406A64" wp14:editId="1074CB74">
            <wp:extent cx="4000500" cy="4051623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11568" cy="406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1BEE" w:rsidRPr="004B1BEE">
        <w:rPr>
          <w:rFonts w:ascii="Comic Sans MS" w:hAnsi="Comic Sans MS"/>
          <w:sz w:val="32"/>
          <w:szCs w:val="32"/>
        </w:rPr>
        <w:t xml:space="preserve"> </w:t>
      </w:r>
      <w:r w:rsidRPr="00B53EF4">
        <w:rPr>
          <w:rFonts w:ascii="Comic Sans MS" w:hAnsi="Comic Sans MS"/>
          <w:sz w:val="32"/>
          <w:szCs w:val="32"/>
        </w:rPr>
        <w:br w:type="page"/>
      </w:r>
    </w:p>
    <w:p w:rsidR="007C7604" w:rsidRPr="004B1BEE" w:rsidRDefault="00941380">
      <w:pPr>
        <w:pStyle w:val="Heading2"/>
        <w:rPr>
          <w:rFonts w:ascii="Comic Sans MS" w:hAnsi="Comic Sans MS"/>
          <w:color w:val="auto"/>
          <w:sz w:val="32"/>
          <w:szCs w:val="32"/>
          <w:u w:val="single"/>
        </w:rPr>
      </w:pPr>
      <w:r w:rsidRPr="004B1BEE">
        <w:rPr>
          <w:rFonts w:ascii="Comic Sans MS" w:hAnsi="Comic Sans MS"/>
          <w:color w:val="auto"/>
          <w:sz w:val="32"/>
          <w:szCs w:val="32"/>
          <w:u w:val="single"/>
        </w:rPr>
        <w:lastRenderedPageBreak/>
        <w:t>My Bedroom</w:t>
      </w:r>
    </w:p>
    <w:p w:rsidR="007C7604" w:rsidRDefault="00941380">
      <w:pPr>
        <w:rPr>
          <w:rFonts w:ascii="Comic Sans MS" w:hAnsi="Comic Sans MS"/>
          <w:sz w:val="32"/>
          <w:szCs w:val="32"/>
        </w:rPr>
      </w:pPr>
      <w:r w:rsidRPr="00B53EF4">
        <w:rPr>
          <w:rFonts w:ascii="Comic Sans MS" w:hAnsi="Comic Sans MS"/>
          <w:sz w:val="32"/>
          <w:szCs w:val="32"/>
        </w:rPr>
        <w:t>My teacher will tell me before we go which friends I am sharing a bedroom with.</w:t>
      </w:r>
      <w:r w:rsidRPr="00B53EF4">
        <w:rPr>
          <w:rFonts w:ascii="Comic Sans MS" w:hAnsi="Comic Sans MS"/>
          <w:sz w:val="32"/>
          <w:szCs w:val="32"/>
        </w:rPr>
        <w:br/>
        <w:t>I might share with friends or I might have my own room.</w:t>
      </w:r>
      <w:r w:rsidRPr="00B53EF4">
        <w:rPr>
          <w:rFonts w:ascii="Comic Sans MS" w:hAnsi="Comic Sans MS"/>
          <w:sz w:val="32"/>
          <w:szCs w:val="32"/>
        </w:rPr>
        <w:br/>
        <w:t>Both are okay.</w:t>
      </w:r>
      <w:r w:rsidRPr="00B53EF4">
        <w:rPr>
          <w:rFonts w:ascii="Comic Sans MS" w:hAnsi="Comic Sans MS"/>
          <w:sz w:val="32"/>
          <w:szCs w:val="32"/>
        </w:rPr>
        <w:br/>
      </w:r>
      <w:r w:rsidRPr="00B53EF4">
        <w:rPr>
          <w:rFonts w:ascii="Comic Sans MS" w:hAnsi="Comic Sans MS"/>
          <w:sz w:val="32"/>
          <w:szCs w:val="32"/>
        </w:rPr>
        <w:br/>
      </w:r>
      <w:r w:rsidR="004B1BEE">
        <w:rPr>
          <w:rFonts w:ascii="Comic Sans MS" w:hAnsi="Comic Sans MS"/>
          <w:sz w:val="32"/>
          <w:szCs w:val="32"/>
        </w:rPr>
        <w:t xml:space="preserve">           </w:t>
      </w:r>
      <w:r w:rsidR="004B1BEE" w:rsidRPr="004B1BEE">
        <w:rPr>
          <w:rFonts w:ascii="Comic Sans MS" w:hAnsi="Comic Sans MS"/>
          <w:sz w:val="32"/>
          <w:szCs w:val="32"/>
        </w:rPr>
        <w:drawing>
          <wp:inline distT="0" distB="0" distL="0" distR="0" wp14:anchorId="32CEE7BD" wp14:editId="5442A355">
            <wp:extent cx="4069080" cy="2625486"/>
            <wp:effectExtent l="0" t="0" r="762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93261" cy="264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BEE" w:rsidRPr="00B53EF4" w:rsidRDefault="004B1BEE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</w:t>
      </w:r>
      <w:r w:rsidRPr="004B1BEE">
        <w:rPr>
          <w:rFonts w:ascii="Comic Sans MS" w:hAnsi="Comic Sans MS"/>
          <w:sz w:val="32"/>
          <w:szCs w:val="32"/>
        </w:rPr>
        <w:drawing>
          <wp:inline distT="0" distB="0" distL="0" distR="0" wp14:anchorId="72BCB34F" wp14:editId="26FED215">
            <wp:extent cx="4046220" cy="2583731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69814" cy="259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604" w:rsidRPr="00B53EF4" w:rsidRDefault="00941380">
      <w:pPr>
        <w:rPr>
          <w:rFonts w:ascii="Comic Sans MS" w:hAnsi="Comic Sans MS"/>
          <w:sz w:val="32"/>
          <w:szCs w:val="32"/>
        </w:rPr>
      </w:pPr>
      <w:r w:rsidRPr="00B53EF4">
        <w:rPr>
          <w:rFonts w:ascii="Comic Sans MS" w:hAnsi="Comic Sans MS"/>
          <w:sz w:val="32"/>
          <w:szCs w:val="32"/>
        </w:rPr>
        <w:br w:type="page"/>
      </w:r>
    </w:p>
    <w:p w:rsidR="007C7604" w:rsidRPr="00CE3B4C" w:rsidRDefault="00941380">
      <w:pPr>
        <w:pStyle w:val="Heading2"/>
        <w:rPr>
          <w:rFonts w:ascii="Comic Sans MS" w:hAnsi="Comic Sans MS"/>
          <w:color w:val="auto"/>
          <w:sz w:val="32"/>
          <w:szCs w:val="32"/>
          <w:u w:val="single"/>
        </w:rPr>
      </w:pPr>
      <w:r w:rsidRPr="00CE3B4C">
        <w:rPr>
          <w:rFonts w:ascii="Comic Sans MS" w:hAnsi="Comic Sans MS"/>
          <w:color w:val="auto"/>
          <w:sz w:val="32"/>
          <w:szCs w:val="32"/>
          <w:u w:val="single"/>
        </w:rPr>
        <w:lastRenderedPageBreak/>
        <w:t>The Adults Helping Me</w:t>
      </w:r>
    </w:p>
    <w:p w:rsidR="00CE3B4C" w:rsidRDefault="00941380" w:rsidP="00CE3B4C">
      <w:pPr>
        <w:rPr>
          <w:rFonts w:ascii="Comic Sans MS" w:hAnsi="Comic Sans MS"/>
          <w:sz w:val="32"/>
          <w:szCs w:val="32"/>
        </w:rPr>
      </w:pPr>
      <w:r w:rsidRPr="00B53EF4">
        <w:rPr>
          <w:rFonts w:ascii="Comic Sans MS" w:hAnsi="Comic Sans MS"/>
          <w:sz w:val="32"/>
          <w:szCs w:val="32"/>
        </w:rPr>
        <w:t>My teachers will be with me during the day and night.</w:t>
      </w:r>
      <w:r w:rsidRPr="00B53EF4">
        <w:rPr>
          <w:rFonts w:ascii="Comic Sans MS" w:hAnsi="Comic Sans MS"/>
          <w:sz w:val="32"/>
          <w:szCs w:val="32"/>
        </w:rPr>
        <w:br/>
        <w:t>They are there to help me with anything I need.</w:t>
      </w:r>
      <w:r w:rsidRPr="00B53EF4">
        <w:rPr>
          <w:rFonts w:ascii="Comic Sans MS" w:hAnsi="Comic Sans MS"/>
          <w:sz w:val="32"/>
          <w:szCs w:val="32"/>
        </w:rPr>
        <w:br/>
      </w:r>
      <w:r w:rsidRPr="00B53EF4">
        <w:rPr>
          <w:rFonts w:ascii="Comic Sans MS" w:hAnsi="Comic Sans MS"/>
          <w:sz w:val="32"/>
          <w:szCs w:val="32"/>
        </w:rPr>
        <w:br/>
      </w:r>
      <w:r w:rsidR="00CE3B4C">
        <w:rPr>
          <w:rFonts w:ascii="Comic Sans MS" w:hAnsi="Comic Sans MS"/>
          <w:sz w:val="32"/>
          <w:szCs w:val="32"/>
        </w:rPr>
        <w:t xml:space="preserve">         </w:t>
      </w:r>
      <w:r w:rsidR="00CE3B4C" w:rsidRPr="00CE3B4C">
        <w:rPr>
          <w:rFonts w:ascii="Comic Sans MS" w:hAnsi="Comic Sans MS"/>
          <w:sz w:val="32"/>
          <w:szCs w:val="32"/>
        </w:rPr>
        <w:drawing>
          <wp:inline distT="0" distB="0" distL="0" distR="0" wp14:anchorId="1120FC63" wp14:editId="5CD6512B">
            <wp:extent cx="4404360" cy="2775738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19157" cy="278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B4C" w:rsidRPr="00B53EF4" w:rsidRDefault="00CE3B4C" w:rsidP="00CE3B4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</w:t>
      </w:r>
      <w:r w:rsidRPr="00CE3B4C">
        <w:rPr>
          <w:rFonts w:ascii="Comic Sans MS" w:hAnsi="Comic Sans MS"/>
          <w:sz w:val="32"/>
          <w:szCs w:val="32"/>
        </w:rPr>
        <w:drawing>
          <wp:inline distT="0" distB="0" distL="0" distR="0" wp14:anchorId="62B13EA4" wp14:editId="263CF6E9">
            <wp:extent cx="4396740" cy="2364633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16816" cy="23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604" w:rsidRPr="00B53EF4" w:rsidRDefault="00941380">
      <w:pPr>
        <w:rPr>
          <w:rFonts w:ascii="Comic Sans MS" w:hAnsi="Comic Sans MS"/>
          <w:sz w:val="32"/>
          <w:szCs w:val="32"/>
        </w:rPr>
      </w:pPr>
      <w:r w:rsidRPr="00B53EF4">
        <w:rPr>
          <w:rFonts w:ascii="Comic Sans MS" w:hAnsi="Comic Sans MS"/>
          <w:sz w:val="32"/>
          <w:szCs w:val="32"/>
        </w:rPr>
        <w:br w:type="page"/>
      </w:r>
    </w:p>
    <w:p w:rsidR="007C7604" w:rsidRPr="00CE3B4C" w:rsidRDefault="00941380">
      <w:pPr>
        <w:pStyle w:val="Heading2"/>
        <w:rPr>
          <w:rFonts w:ascii="Comic Sans MS" w:hAnsi="Comic Sans MS"/>
          <w:color w:val="auto"/>
          <w:sz w:val="32"/>
          <w:szCs w:val="32"/>
          <w:u w:val="single"/>
        </w:rPr>
      </w:pPr>
      <w:r w:rsidRPr="00CE3B4C">
        <w:rPr>
          <w:rFonts w:ascii="Comic Sans MS" w:hAnsi="Comic Sans MS"/>
          <w:color w:val="auto"/>
          <w:sz w:val="32"/>
          <w:szCs w:val="32"/>
          <w:u w:val="single"/>
        </w:rPr>
        <w:lastRenderedPageBreak/>
        <w:t>Activities at Bendrigg</w:t>
      </w:r>
    </w:p>
    <w:p w:rsidR="00CE3B4C" w:rsidRDefault="00941380">
      <w:pPr>
        <w:rPr>
          <w:rFonts w:ascii="Comic Sans MS" w:hAnsi="Comic Sans MS"/>
          <w:sz w:val="32"/>
          <w:szCs w:val="32"/>
        </w:rPr>
      </w:pPr>
      <w:r w:rsidRPr="00B53EF4">
        <w:rPr>
          <w:rFonts w:ascii="Comic Sans MS" w:hAnsi="Comic Sans MS"/>
          <w:sz w:val="32"/>
          <w:szCs w:val="32"/>
        </w:rPr>
        <w:t>I will have the chance to try lots of fun activities like:</w:t>
      </w:r>
      <w:r w:rsidRPr="00B53EF4">
        <w:rPr>
          <w:rFonts w:ascii="Comic Sans MS" w:hAnsi="Comic Sans MS"/>
          <w:sz w:val="32"/>
          <w:szCs w:val="32"/>
        </w:rPr>
        <w:br/>
        <w:t xml:space="preserve">Archery, bikes, sensory swing, </w:t>
      </w:r>
      <w:r w:rsidR="00CE3B4C">
        <w:rPr>
          <w:rFonts w:ascii="Comic Sans MS" w:hAnsi="Comic Sans MS"/>
          <w:sz w:val="32"/>
          <w:szCs w:val="32"/>
        </w:rPr>
        <w:t xml:space="preserve">tube slide, climbing, canoeing, </w:t>
      </w:r>
      <w:r w:rsidRPr="00B53EF4">
        <w:rPr>
          <w:rFonts w:ascii="Comic Sans MS" w:hAnsi="Comic Sans MS"/>
          <w:sz w:val="32"/>
          <w:szCs w:val="32"/>
        </w:rPr>
        <w:t>sports, indoor cave, sensory room and orienteering.</w:t>
      </w:r>
      <w:r w:rsidRPr="00B53EF4">
        <w:rPr>
          <w:rFonts w:ascii="Comic Sans MS" w:hAnsi="Comic Sans MS"/>
          <w:sz w:val="32"/>
          <w:szCs w:val="32"/>
        </w:rPr>
        <w:br/>
      </w:r>
      <w:r w:rsidRPr="00B53EF4">
        <w:rPr>
          <w:rFonts w:ascii="Comic Sans MS" w:hAnsi="Comic Sans MS"/>
          <w:sz w:val="32"/>
          <w:szCs w:val="32"/>
        </w:rPr>
        <w:br/>
      </w:r>
      <w:r w:rsidR="00CE3B4C">
        <w:rPr>
          <w:rFonts w:ascii="Comic Sans MS" w:hAnsi="Comic Sans MS"/>
          <w:sz w:val="32"/>
          <w:szCs w:val="32"/>
        </w:rPr>
        <w:t xml:space="preserve">        </w:t>
      </w:r>
      <w:r w:rsidR="00CE3B4C" w:rsidRPr="00CE3B4C">
        <w:rPr>
          <w:rFonts w:ascii="Comic Sans MS" w:hAnsi="Comic Sans MS"/>
          <w:sz w:val="32"/>
          <w:szCs w:val="32"/>
        </w:rPr>
        <w:drawing>
          <wp:inline distT="0" distB="0" distL="0" distR="0" wp14:anchorId="31459C43" wp14:editId="4FD0C93A">
            <wp:extent cx="1661304" cy="160033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61304" cy="160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B4C" w:rsidRPr="00CE3B4C">
        <w:rPr>
          <w:rFonts w:ascii="Comic Sans MS" w:hAnsi="Comic Sans MS"/>
          <w:sz w:val="32"/>
          <w:szCs w:val="32"/>
        </w:rPr>
        <w:t xml:space="preserve"> </w:t>
      </w:r>
      <w:r w:rsidR="00CE3B4C" w:rsidRPr="00CE3B4C">
        <w:rPr>
          <w:rFonts w:ascii="Comic Sans MS" w:hAnsi="Comic Sans MS"/>
          <w:sz w:val="32"/>
          <w:szCs w:val="32"/>
        </w:rPr>
        <w:drawing>
          <wp:inline distT="0" distB="0" distL="0" distR="0" wp14:anchorId="346C555B" wp14:editId="34E5B51B">
            <wp:extent cx="2827265" cy="1310754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27265" cy="131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B4C" w:rsidRPr="00CE3B4C">
        <w:rPr>
          <w:rFonts w:ascii="Comic Sans MS" w:hAnsi="Comic Sans MS"/>
          <w:sz w:val="32"/>
          <w:szCs w:val="32"/>
        </w:rPr>
        <w:t xml:space="preserve"> </w:t>
      </w:r>
    </w:p>
    <w:p w:rsidR="00CE3B4C" w:rsidRDefault="00CE3B4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                   archery 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   </w:t>
      </w:r>
    </w:p>
    <w:p w:rsidR="007C7604" w:rsidRDefault="00CE3B4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</w:t>
      </w:r>
      <w:r w:rsidRPr="00CE3B4C">
        <w:rPr>
          <w:rFonts w:ascii="Comic Sans MS" w:hAnsi="Comic Sans MS"/>
          <w:sz w:val="32"/>
          <w:szCs w:val="32"/>
        </w:rPr>
        <w:drawing>
          <wp:inline distT="0" distB="0" distL="0" distR="0" wp14:anchorId="3C374757" wp14:editId="2FB8A11C">
            <wp:extent cx="2301439" cy="1600339"/>
            <wp:effectExtent l="0" t="0" r="381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01439" cy="160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3B4C">
        <w:rPr>
          <w:rFonts w:ascii="Comic Sans MS" w:hAnsi="Comic Sans MS"/>
          <w:sz w:val="32"/>
          <w:szCs w:val="32"/>
        </w:rPr>
        <w:t xml:space="preserve"> </w:t>
      </w:r>
      <w:r w:rsidRPr="00CE3B4C">
        <w:rPr>
          <w:rFonts w:ascii="Comic Sans MS" w:hAnsi="Comic Sans MS"/>
          <w:sz w:val="32"/>
          <w:szCs w:val="32"/>
        </w:rPr>
        <w:drawing>
          <wp:inline distT="0" distB="0" distL="0" distR="0" wp14:anchorId="019C6E30" wp14:editId="693BCBC7">
            <wp:extent cx="2072820" cy="1600339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72820" cy="160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B4C" w:rsidRDefault="00CE3B4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                    bikes</w:t>
      </w:r>
    </w:p>
    <w:p w:rsidR="00CE3B4C" w:rsidRDefault="00CE3B4C">
      <w:pPr>
        <w:rPr>
          <w:rFonts w:ascii="Comic Sans MS" w:hAnsi="Comic Sans MS"/>
          <w:sz w:val="32"/>
          <w:szCs w:val="32"/>
        </w:rPr>
      </w:pPr>
    </w:p>
    <w:p w:rsidR="00CE3B4C" w:rsidRDefault="00CE3B4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 xml:space="preserve">     </w:t>
      </w:r>
      <w:r w:rsidRPr="00CE3B4C">
        <w:rPr>
          <w:rFonts w:ascii="Comic Sans MS" w:hAnsi="Comic Sans MS"/>
          <w:sz w:val="32"/>
          <w:szCs w:val="32"/>
        </w:rPr>
        <w:drawing>
          <wp:inline distT="0" distB="0" distL="0" distR="0" wp14:anchorId="418918E1" wp14:editId="438C5198">
            <wp:extent cx="2639974" cy="1539240"/>
            <wp:effectExtent l="0" t="0" r="8255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53499" cy="154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</w:t>
      </w:r>
      <w:r w:rsidRPr="00CE3B4C">
        <w:rPr>
          <w:rFonts w:ascii="Comic Sans MS" w:hAnsi="Comic Sans MS"/>
          <w:sz w:val="32"/>
          <w:szCs w:val="32"/>
        </w:rPr>
        <w:drawing>
          <wp:inline distT="0" distB="0" distL="0" distR="0" wp14:anchorId="195B2846" wp14:editId="6AC28D6E">
            <wp:extent cx="2263336" cy="1562235"/>
            <wp:effectExtent l="0" t="0" r="381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63336" cy="156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B4C" w:rsidRDefault="00B87A4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</w:t>
      </w:r>
      <w:r w:rsidR="00CE3B4C">
        <w:rPr>
          <w:rFonts w:ascii="Comic Sans MS" w:hAnsi="Comic Sans MS"/>
          <w:sz w:val="32"/>
          <w:szCs w:val="32"/>
        </w:rPr>
        <w:t>sensory swing</w:t>
      </w:r>
      <w:r>
        <w:rPr>
          <w:rFonts w:ascii="Comic Sans MS" w:hAnsi="Comic Sans MS"/>
          <w:sz w:val="32"/>
          <w:szCs w:val="32"/>
        </w:rPr>
        <w:t xml:space="preserve">                        tube slide</w:t>
      </w:r>
    </w:p>
    <w:p w:rsidR="00B87A4C" w:rsidRDefault="00B87A4C">
      <w:pPr>
        <w:rPr>
          <w:rFonts w:ascii="Comic Sans MS" w:hAnsi="Comic Sans MS"/>
          <w:sz w:val="32"/>
          <w:szCs w:val="32"/>
        </w:rPr>
      </w:pPr>
      <w:r w:rsidRPr="00B87A4C">
        <w:rPr>
          <w:rFonts w:ascii="Comic Sans MS" w:hAnsi="Comic Sans MS"/>
          <w:sz w:val="32"/>
          <w:szCs w:val="32"/>
        </w:rPr>
        <w:drawing>
          <wp:inline distT="0" distB="0" distL="0" distR="0" wp14:anchorId="5AC1299B" wp14:editId="47AF05FC">
            <wp:extent cx="1780340" cy="1348540"/>
            <wp:effectExtent l="0" t="0" r="0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88698" cy="135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</w:t>
      </w:r>
      <w:r w:rsidRPr="00B87A4C">
        <w:rPr>
          <w:rFonts w:ascii="Comic Sans MS" w:hAnsi="Comic Sans MS"/>
          <w:sz w:val="32"/>
          <w:szCs w:val="32"/>
        </w:rPr>
        <w:drawing>
          <wp:inline distT="0" distB="0" distL="0" distR="0" wp14:anchorId="60AEE4CE" wp14:editId="1BF1EF88">
            <wp:extent cx="1657654" cy="137922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68259" cy="138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</w:t>
      </w:r>
      <w:r w:rsidRPr="00B87A4C">
        <w:rPr>
          <w:rFonts w:ascii="Comic Sans MS" w:hAnsi="Comic Sans MS"/>
          <w:sz w:val="32"/>
          <w:szCs w:val="32"/>
        </w:rPr>
        <w:drawing>
          <wp:inline distT="0" distB="0" distL="0" distR="0" wp14:anchorId="1B537437" wp14:editId="7F1E821D">
            <wp:extent cx="1767840" cy="1357808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79272" cy="136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A4C" w:rsidRDefault="00B87A4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               climbing wall</w:t>
      </w:r>
    </w:p>
    <w:p w:rsidR="00B87A4C" w:rsidRDefault="007C177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</w:t>
      </w:r>
      <w:r w:rsidR="00B87A4C" w:rsidRPr="00B87A4C">
        <w:rPr>
          <w:rFonts w:ascii="Comic Sans MS" w:hAnsi="Comic Sans MS"/>
          <w:sz w:val="32"/>
          <w:szCs w:val="32"/>
        </w:rPr>
        <w:drawing>
          <wp:inline distT="0" distB="0" distL="0" distR="0" wp14:anchorId="3EF86274" wp14:editId="60603A96">
            <wp:extent cx="2148840" cy="1351264"/>
            <wp:effectExtent l="0" t="0" r="3810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63346" cy="136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7A4C">
        <w:rPr>
          <w:rFonts w:ascii="Comic Sans MS" w:hAnsi="Comic Sans MS"/>
          <w:sz w:val="32"/>
          <w:szCs w:val="32"/>
        </w:rPr>
        <w:t xml:space="preserve">        </w:t>
      </w:r>
      <w:r w:rsidR="00B87A4C" w:rsidRPr="00B87A4C">
        <w:rPr>
          <w:rFonts w:ascii="Comic Sans MS" w:hAnsi="Comic Sans MS"/>
          <w:sz w:val="32"/>
          <w:szCs w:val="32"/>
        </w:rPr>
        <w:drawing>
          <wp:inline distT="0" distB="0" distL="0" distR="0" wp14:anchorId="12B9B125" wp14:editId="47469E23">
            <wp:extent cx="1973580" cy="1356434"/>
            <wp:effectExtent l="0" t="0" r="762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87739" cy="136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A4C" w:rsidRDefault="00B87A4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</w:t>
      </w:r>
      <w:r w:rsidR="007C1770">
        <w:rPr>
          <w:rFonts w:ascii="Comic Sans MS" w:hAnsi="Comic Sans MS"/>
          <w:sz w:val="32"/>
          <w:szCs w:val="32"/>
        </w:rPr>
        <w:t xml:space="preserve">   </w:t>
      </w:r>
      <w:r>
        <w:rPr>
          <w:rFonts w:ascii="Comic Sans MS" w:hAnsi="Comic Sans MS"/>
          <w:sz w:val="32"/>
          <w:szCs w:val="32"/>
        </w:rPr>
        <w:t xml:space="preserve">  canoeing                     </w:t>
      </w:r>
      <w:r w:rsidR="007C1770">
        <w:rPr>
          <w:rFonts w:ascii="Comic Sans MS" w:hAnsi="Comic Sans MS"/>
          <w:sz w:val="32"/>
          <w:szCs w:val="32"/>
        </w:rPr>
        <w:t xml:space="preserve">  </w:t>
      </w:r>
      <w:r>
        <w:rPr>
          <w:rFonts w:ascii="Comic Sans MS" w:hAnsi="Comic Sans MS"/>
          <w:sz w:val="32"/>
          <w:szCs w:val="32"/>
        </w:rPr>
        <w:t xml:space="preserve">    indoor cave</w:t>
      </w:r>
    </w:p>
    <w:p w:rsidR="00B87A4C" w:rsidRDefault="007C1770">
      <w:pPr>
        <w:rPr>
          <w:rFonts w:ascii="Comic Sans MS" w:hAnsi="Comic Sans MS"/>
          <w:sz w:val="32"/>
          <w:szCs w:val="32"/>
        </w:rPr>
      </w:pPr>
      <w:r w:rsidRPr="007C1770">
        <w:rPr>
          <w:rFonts w:ascii="Comic Sans MS" w:hAnsi="Comic Sans MS"/>
          <w:sz w:val="32"/>
          <w:szCs w:val="32"/>
        </w:rPr>
        <w:drawing>
          <wp:inline distT="0" distB="0" distL="0" distR="0" wp14:anchorId="13D00D30" wp14:editId="6E9C5BE1">
            <wp:extent cx="2441440" cy="147066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53939" cy="147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       </w:t>
      </w:r>
      <w:r w:rsidRPr="007C1770">
        <w:rPr>
          <w:rFonts w:ascii="Comic Sans MS" w:hAnsi="Comic Sans MS"/>
          <w:sz w:val="32"/>
          <w:szCs w:val="32"/>
        </w:rPr>
        <w:drawing>
          <wp:inline distT="0" distB="0" distL="0" distR="0" wp14:anchorId="7A4008A7" wp14:editId="55A0C350">
            <wp:extent cx="1950889" cy="149364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950889" cy="149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770" w:rsidRPr="00B53EF4" w:rsidRDefault="007C177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sensory room                          orienteering </w:t>
      </w:r>
    </w:p>
    <w:p w:rsidR="007C7604" w:rsidRPr="00710AB3" w:rsidRDefault="00941380">
      <w:pPr>
        <w:pStyle w:val="Heading2"/>
        <w:rPr>
          <w:rFonts w:ascii="Comic Sans MS" w:hAnsi="Comic Sans MS"/>
          <w:color w:val="auto"/>
          <w:sz w:val="32"/>
          <w:szCs w:val="32"/>
          <w:u w:val="single"/>
        </w:rPr>
      </w:pPr>
      <w:r w:rsidRPr="00710AB3">
        <w:rPr>
          <w:rFonts w:ascii="Comic Sans MS" w:hAnsi="Comic Sans MS"/>
          <w:color w:val="auto"/>
          <w:sz w:val="32"/>
          <w:szCs w:val="32"/>
          <w:u w:val="single"/>
        </w:rPr>
        <w:lastRenderedPageBreak/>
        <w:t>Mealtimes</w:t>
      </w:r>
    </w:p>
    <w:p w:rsidR="007C7604" w:rsidRPr="00B53EF4" w:rsidRDefault="00941380" w:rsidP="00710AB3">
      <w:pPr>
        <w:rPr>
          <w:rFonts w:ascii="Comic Sans MS" w:hAnsi="Comic Sans MS"/>
          <w:sz w:val="32"/>
          <w:szCs w:val="32"/>
        </w:rPr>
      </w:pPr>
      <w:r w:rsidRPr="00B53EF4">
        <w:rPr>
          <w:rFonts w:ascii="Comic Sans MS" w:hAnsi="Comic Sans MS"/>
          <w:sz w:val="32"/>
          <w:szCs w:val="32"/>
        </w:rPr>
        <w:t>I will eat breakfast, lunch and tea at Bendrigg with my friends.</w:t>
      </w:r>
      <w:r w:rsidRPr="00B53EF4">
        <w:rPr>
          <w:rFonts w:ascii="Comic Sans MS" w:hAnsi="Comic Sans MS"/>
          <w:sz w:val="32"/>
          <w:szCs w:val="32"/>
        </w:rPr>
        <w:br/>
        <w:t>Mealtimes are a nice time to relax and talk.</w:t>
      </w:r>
      <w:r w:rsidRPr="00B53EF4">
        <w:rPr>
          <w:rFonts w:ascii="Comic Sans MS" w:hAnsi="Comic Sans MS"/>
          <w:sz w:val="32"/>
          <w:szCs w:val="32"/>
        </w:rPr>
        <w:br/>
      </w:r>
      <w:r w:rsidRPr="00B53EF4">
        <w:rPr>
          <w:rFonts w:ascii="Comic Sans MS" w:hAnsi="Comic Sans MS"/>
          <w:sz w:val="32"/>
          <w:szCs w:val="32"/>
        </w:rPr>
        <w:br/>
      </w:r>
      <w:r w:rsidR="00710AB3">
        <w:rPr>
          <w:rFonts w:ascii="Comic Sans MS" w:hAnsi="Comic Sans MS"/>
          <w:sz w:val="32"/>
          <w:szCs w:val="32"/>
        </w:rPr>
        <w:t xml:space="preserve">         </w:t>
      </w:r>
      <w:r w:rsidR="00710AB3" w:rsidRPr="00710AB3">
        <w:rPr>
          <w:rFonts w:ascii="Comic Sans MS" w:hAnsi="Comic Sans MS"/>
          <w:sz w:val="32"/>
          <w:szCs w:val="32"/>
        </w:rPr>
        <w:drawing>
          <wp:inline distT="0" distB="0" distL="0" distR="0" wp14:anchorId="1AF0E0B3" wp14:editId="1AB23CFE">
            <wp:extent cx="4511040" cy="2891692"/>
            <wp:effectExtent l="0" t="0" r="3810" b="444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25094" cy="290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AB3" w:rsidRPr="00710AB3">
        <w:rPr>
          <w:rFonts w:ascii="Comic Sans MS" w:hAnsi="Comic Sans MS"/>
          <w:sz w:val="32"/>
          <w:szCs w:val="32"/>
        </w:rPr>
        <w:t xml:space="preserve"> </w:t>
      </w:r>
      <w:r w:rsidRPr="00B53EF4">
        <w:rPr>
          <w:rFonts w:ascii="Comic Sans MS" w:hAnsi="Comic Sans MS"/>
          <w:sz w:val="32"/>
          <w:szCs w:val="32"/>
        </w:rPr>
        <w:br w:type="page"/>
      </w:r>
    </w:p>
    <w:p w:rsidR="007C7604" w:rsidRPr="00710AB3" w:rsidRDefault="00941380">
      <w:pPr>
        <w:pStyle w:val="Heading2"/>
        <w:rPr>
          <w:rFonts w:ascii="Comic Sans MS" w:hAnsi="Comic Sans MS"/>
          <w:color w:val="auto"/>
          <w:sz w:val="32"/>
          <w:szCs w:val="32"/>
          <w:u w:val="single"/>
        </w:rPr>
      </w:pPr>
      <w:r w:rsidRPr="00710AB3">
        <w:rPr>
          <w:rFonts w:ascii="Comic Sans MS" w:hAnsi="Comic Sans MS"/>
          <w:color w:val="auto"/>
          <w:sz w:val="32"/>
          <w:szCs w:val="32"/>
          <w:u w:val="single"/>
        </w:rPr>
        <w:lastRenderedPageBreak/>
        <w:t>How I Might Feel</w:t>
      </w:r>
    </w:p>
    <w:p w:rsidR="007C7604" w:rsidRPr="00B53EF4" w:rsidRDefault="00941380">
      <w:pPr>
        <w:rPr>
          <w:rFonts w:ascii="Comic Sans MS" w:hAnsi="Comic Sans MS"/>
          <w:sz w:val="32"/>
          <w:szCs w:val="32"/>
        </w:rPr>
      </w:pPr>
      <w:r w:rsidRPr="00B53EF4">
        <w:rPr>
          <w:rFonts w:ascii="Comic Sans MS" w:hAnsi="Comic Sans MS"/>
          <w:sz w:val="32"/>
          <w:szCs w:val="32"/>
        </w:rPr>
        <w:t>I might feel excited, nervous or happy.</w:t>
      </w:r>
      <w:r w:rsidRPr="00B53EF4">
        <w:rPr>
          <w:rFonts w:ascii="Comic Sans MS" w:hAnsi="Comic Sans MS"/>
          <w:sz w:val="32"/>
          <w:szCs w:val="32"/>
        </w:rPr>
        <w:br/>
        <w:t>All feelings are okay.</w:t>
      </w:r>
      <w:r w:rsidRPr="00B53EF4">
        <w:rPr>
          <w:rFonts w:ascii="Comic Sans MS" w:hAnsi="Comic Sans MS"/>
          <w:sz w:val="32"/>
          <w:szCs w:val="32"/>
        </w:rPr>
        <w:br/>
        <w:t>If I feel worried, I can ask an adult for help.</w:t>
      </w:r>
      <w:r w:rsidRPr="00B53EF4">
        <w:rPr>
          <w:rFonts w:ascii="Comic Sans MS" w:hAnsi="Comic Sans MS"/>
          <w:sz w:val="32"/>
          <w:szCs w:val="32"/>
        </w:rPr>
        <w:br/>
      </w:r>
      <w:r w:rsidRPr="00B53EF4">
        <w:rPr>
          <w:rFonts w:ascii="Comic Sans MS" w:hAnsi="Comic Sans MS"/>
          <w:sz w:val="32"/>
          <w:szCs w:val="32"/>
        </w:rPr>
        <w:br/>
      </w:r>
      <w:r w:rsidR="00710AB3">
        <w:rPr>
          <w:rFonts w:ascii="Comic Sans MS" w:hAnsi="Comic Sans MS"/>
          <w:sz w:val="32"/>
          <w:szCs w:val="32"/>
        </w:rPr>
        <w:t xml:space="preserve">         </w:t>
      </w:r>
      <w:r w:rsidR="00710AB3" w:rsidRPr="00710AB3">
        <w:rPr>
          <w:rFonts w:ascii="Comic Sans MS" w:hAnsi="Comic Sans MS"/>
          <w:sz w:val="32"/>
          <w:szCs w:val="32"/>
        </w:rPr>
        <w:drawing>
          <wp:inline distT="0" distB="0" distL="0" distR="0" wp14:anchorId="6501C99C" wp14:editId="7801422F">
            <wp:extent cx="4450080" cy="3265885"/>
            <wp:effectExtent l="0" t="0" r="762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465978" cy="327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AB3" w:rsidRPr="00710AB3">
        <w:rPr>
          <w:rFonts w:ascii="Comic Sans MS" w:hAnsi="Comic Sans MS"/>
          <w:sz w:val="32"/>
          <w:szCs w:val="32"/>
        </w:rPr>
        <w:t xml:space="preserve"> </w:t>
      </w:r>
      <w:r w:rsidRPr="00B53EF4">
        <w:rPr>
          <w:rFonts w:ascii="Comic Sans MS" w:hAnsi="Comic Sans MS"/>
          <w:sz w:val="32"/>
          <w:szCs w:val="32"/>
        </w:rPr>
        <w:br w:type="page"/>
      </w:r>
    </w:p>
    <w:p w:rsidR="007C7604" w:rsidRPr="00710AB3" w:rsidRDefault="00941380">
      <w:pPr>
        <w:pStyle w:val="Heading2"/>
        <w:rPr>
          <w:rFonts w:ascii="Comic Sans MS" w:hAnsi="Comic Sans MS"/>
          <w:color w:val="auto"/>
          <w:sz w:val="32"/>
          <w:szCs w:val="32"/>
          <w:u w:val="single"/>
        </w:rPr>
      </w:pPr>
      <w:r w:rsidRPr="00710AB3">
        <w:rPr>
          <w:rFonts w:ascii="Comic Sans MS" w:hAnsi="Comic Sans MS"/>
          <w:color w:val="auto"/>
          <w:sz w:val="32"/>
          <w:szCs w:val="32"/>
          <w:u w:val="single"/>
        </w:rPr>
        <w:lastRenderedPageBreak/>
        <w:t>A Wonderful Experience</w:t>
      </w:r>
    </w:p>
    <w:p w:rsidR="007C7604" w:rsidRPr="00B53EF4" w:rsidRDefault="00941380">
      <w:pPr>
        <w:rPr>
          <w:rFonts w:ascii="Comic Sans MS" w:hAnsi="Comic Sans MS"/>
          <w:sz w:val="32"/>
          <w:szCs w:val="32"/>
        </w:rPr>
      </w:pPr>
      <w:r w:rsidRPr="00B53EF4">
        <w:rPr>
          <w:rFonts w:ascii="Comic Sans MS" w:hAnsi="Comic Sans MS"/>
          <w:sz w:val="32"/>
          <w:szCs w:val="32"/>
        </w:rPr>
        <w:t>Going on residential is going to be a wonderful experience.</w:t>
      </w:r>
      <w:r w:rsidRPr="00B53EF4">
        <w:rPr>
          <w:rFonts w:ascii="Comic Sans MS" w:hAnsi="Comic Sans MS"/>
          <w:sz w:val="32"/>
          <w:szCs w:val="32"/>
        </w:rPr>
        <w:br/>
        <w:t>I will have fun, make memories and try new things.</w:t>
      </w:r>
      <w:r w:rsidRPr="00B53EF4">
        <w:rPr>
          <w:rFonts w:ascii="Comic Sans MS" w:hAnsi="Comic Sans MS"/>
          <w:sz w:val="32"/>
          <w:szCs w:val="32"/>
        </w:rPr>
        <w:br/>
      </w:r>
      <w:r w:rsidRPr="00B53EF4">
        <w:rPr>
          <w:rFonts w:ascii="Comic Sans MS" w:hAnsi="Comic Sans MS"/>
          <w:sz w:val="32"/>
          <w:szCs w:val="32"/>
        </w:rPr>
        <w:br/>
      </w:r>
      <w:r w:rsidR="00710AB3">
        <w:rPr>
          <w:rFonts w:ascii="Comic Sans MS" w:hAnsi="Comic Sans MS"/>
          <w:sz w:val="32"/>
          <w:szCs w:val="32"/>
        </w:rPr>
        <w:t xml:space="preserve">           </w:t>
      </w:r>
      <w:r w:rsidR="00710AB3" w:rsidRPr="00710AB3">
        <w:rPr>
          <w:rFonts w:ascii="Comic Sans MS" w:hAnsi="Comic Sans MS"/>
          <w:sz w:val="32"/>
          <w:szCs w:val="32"/>
        </w:rPr>
        <w:drawing>
          <wp:inline distT="0" distB="0" distL="0" distR="0" wp14:anchorId="10E2B499" wp14:editId="53DF4E1A">
            <wp:extent cx="4328160" cy="4049567"/>
            <wp:effectExtent l="0" t="0" r="0" b="825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334734" cy="405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AB3" w:rsidRPr="00710AB3">
        <w:rPr>
          <w:rFonts w:ascii="Comic Sans MS" w:hAnsi="Comic Sans MS"/>
          <w:sz w:val="32"/>
          <w:szCs w:val="32"/>
        </w:rPr>
        <w:t xml:space="preserve"> </w:t>
      </w:r>
      <w:bookmarkStart w:id="0" w:name="_GoBack"/>
      <w:bookmarkEnd w:id="0"/>
    </w:p>
    <w:sectPr w:rsidR="007C7604" w:rsidRPr="00B53EF4" w:rsidSect="00B53EF4">
      <w:pgSz w:w="12240" w:h="15840"/>
      <w:pgMar w:top="1440" w:right="1800" w:bottom="1440" w:left="180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6063C"/>
    <w:rsid w:val="0015074B"/>
    <w:rsid w:val="0029639D"/>
    <w:rsid w:val="002E14D6"/>
    <w:rsid w:val="00326F90"/>
    <w:rsid w:val="004A24EE"/>
    <w:rsid w:val="004B1BEE"/>
    <w:rsid w:val="005409D7"/>
    <w:rsid w:val="006847FF"/>
    <w:rsid w:val="00710AB3"/>
    <w:rsid w:val="007C1770"/>
    <w:rsid w:val="007C7604"/>
    <w:rsid w:val="00941380"/>
    <w:rsid w:val="00AA1D8D"/>
    <w:rsid w:val="00B47730"/>
    <w:rsid w:val="00B53EF4"/>
    <w:rsid w:val="00B87A4C"/>
    <w:rsid w:val="00CB0664"/>
    <w:rsid w:val="00CE3B4C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2F3BB0"/>
  <w14:defaultImageDpi w14:val="300"/>
  <w15:docId w15:val="{B800876C-58C2-4B23-BA09-5610D9A7D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D4EED32-5A8F-4B73-B097-E9B32F8EA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14</Pages>
  <Words>389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Sarah Irwin</cp:lastModifiedBy>
  <cp:revision>8</cp:revision>
  <dcterms:created xsi:type="dcterms:W3CDTF">2026-01-19T23:21:00Z</dcterms:created>
  <dcterms:modified xsi:type="dcterms:W3CDTF">2026-01-20T23:04:00Z</dcterms:modified>
  <cp:category/>
</cp:coreProperties>
</file>